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rFonts w:ascii="Arial" w:hAnsi="Arial" w:eastAsia="Arial"/>
          <w:b/>
          <w:sz w:val="42"/>
        </w:rPr>
        <w:t>Taleropdelt renset transcript</w:t>
      </w:r>
    </w:p>
    <w:p>
      <w:r>
        <w:rPr>
          <w:rFonts w:ascii="Arial" w:hAnsi="Arial" w:eastAsia="Arial"/>
          <w:b/>
          <w:sz w:val="24"/>
        </w:rPr>
        <w:t>Atelieret: samtale med Bjørn Magnussen og Frederik Hove</w:t>
      </w:r>
    </w:p>
    <w:p>
      <w:r>
        <w:rPr>
          <w:rFonts w:ascii="Arial" w:hAnsi="Arial" w:eastAsia="Arial"/>
          <w:b/>
        </w:rPr>
        <w:t xml:space="preserve">Kilde: </w:t>
      </w:r>
      <w:r>
        <w:rPr>
          <w:rFonts w:ascii="Arial" w:hAnsi="Arial" w:eastAsia="Arial"/>
        </w:rPr>
        <w:t xml:space="preserve">Autogenereret SBV-transcript fra YouTube. </w:t>
      </w:r>
      <w:r>
        <w:rPr>
          <w:rFonts w:ascii="Arial" w:hAnsi="Arial" w:eastAsia="Arial"/>
          <w:b/>
        </w:rPr>
        <w:t xml:space="preserve">Bemærkning: </w:t>
      </w:r>
      <w:r>
        <w:rPr>
          <w:rFonts w:ascii="Arial" w:hAnsi="Arial" w:eastAsia="Arial"/>
        </w:rPr>
        <w:t>Dette er en taleropdelt læseversion. SBV-filen indeholder ikke sikre talerskift, så talerne er infereret ud fra spørgsmål, svar, navne, emner og talestil. Brug den som redaktionelt arbejdsdokument, ikke som juridisk ordret transskription.</w:t>
      </w:r>
    </w:p>
    <w:p>
      <w:r>
        <w:rPr>
          <w:rFonts w:ascii="Arial" w:hAnsi="Arial" w:eastAsia="Arial"/>
          <w:b/>
        </w:rPr>
        <w:t xml:space="preserve">Deltagere: </w:t>
      </w:r>
      <w:r>
        <w:rPr>
          <w:rFonts w:ascii="Arial" w:hAnsi="Arial" w:eastAsia="Arial"/>
        </w:rPr>
        <w:t>Nicki, Bjørn Magnussen og Frederik Hove.</w:t>
      </w:r>
    </w:p>
    <w:p>
      <w:r>
        <w:rPr>
          <w:rFonts w:ascii="Arial" w:hAnsi="Arial" w:eastAsia="Arial"/>
          <w:b/>
        </w:rPr>
        <w:t xml:space="preserve">Format: </w:t>
      </w:r>
      <w:r>
        <w:rPr>
          <w:rFonts w:ascii="Arial" w:hAnsi="Arial" w:eastAsia="Arial"/>
        </w:rPr>
        <w:t>Timestamp · taler · renset tekst</w:t>
      </w:r>
    </w:p>
    <w:p>
      <w:pPr>
        <w:pStyle w:val="Heading2"/>
      </w:pPr>
      <w:r>
        <w:t>Introduktion, relationen mellem gæsterne og kunstbranchen som andedam</w:t>
      </w:r>
    </w:p>
    <w:p>
      <w:pPr>
        <w:keepLines w:val="0"/>
      </w:pPr>
      <w:r>
        <w:rPr>
          <w:rFonts w:ascii="Arial" w:hAnsi="Arial" w:eastAsia="Arial"/>
          <w:b/>
          <w:color w:val="777777"/>
        </w:rPr>
        <w:t xml:space="preserve">[00:00] </w:t>
      </w:r>
      <w:r>
        <w:rPr>
          <w:rFonts w:ascii="Arial" w:hAnsi="Arial" w:eastAsia="Arial"/>
          <w:b/>
          <w:color w:val="1F4E79"/>
        </w:rPr>
        <w:t xml:space="preserve">Nicki: </w:t>
      </w:r>
      <w:r>
        <w:rPr>
          <w:rFonts w:ascii="Arial" w:hAnsi="Arial" w:eastAsia="Arial"/>
        </w:rPr>
        <w:t>Velkommen til Atelieret, en podcast om kunst. I dag har jeg taget Frederik Hove og Bjørn Magnussen med. Jeg vil starte med at tale om, at I jo kender hinanden. Hvor kender I egentlig hinanden fra?</w:t>
      </w:r>
    </w:p>
    <w:p>
      <w:pPr>
        <w:keepLines w:val="0"/>
      </w:pPr>
      <w:r>
        <w:rPr>
          <w:rFonts w:ascii="Arial" w:hAnsi="Arial" w:eastAsia="Arial"/>
          <w:b/>
          <w:color w:val="777777"/>
        </w:rPr>
        <w:t xml:space="preserve">[00:11] </w:t>
      </w:r>
      <w:r>
        <w:rPr>
          <w:rFonts w:ascii="Arial" w:hAnsi="Arial" w:eastAsia="Arial"/>
          <w:b/>
          <w:color w:val="7A3E1D"/>
        </w:rPr>
        <w:t xml:space="preserve">Bjørn Magnussen: </w:t>
      </w:r>
      <w:r>
        <w:rPr>
          <w:rFonts w:ascii="Arial" w:hAnsi="Arial" w:eastAsia="Arial"/>
        </w:rPr>
        <w:t>Ja, hvor gør vi egentlig det? Gennem kunsten og kunstbranchen, tror jeg. Jeg tror, det er sådan noget med Frederik Næblerød og Instagram.</w:t>
      </w:r>
    </w:p>
    <w:p>
      <w:pPr>
        <w:keepLines w:val="0"/>
      </w:pPr>
      <w:r>
        <w:rPr>
          <w:rFonts w:ascii="Arial" w:hAnsi="Arial" w:eastAsia="Arial"/>
          <w:b/>
          <w:color w:val="777777"/>
        </w:rPr>
        <w:t xml:space="preserve">[00:20] </w:t>
      </w:r>
      <w:r>
        <w:rPr>
          <w:rFonts w:ascii="Arial" w:hAnsi="Arial" w:eastAsia="Arial"/>
          <w:b/>
          <w:color w:val="2F5D50"/>
        </w:rPr>
        <w:t xml:space="preserve">Frederik Hove: </w:t>
      </w:r>
      <w:r>
        <w:rPr>
          <w:rFonts w:ascii="Arial" w:hAnsi="Arial" w:eastAsia="Arial"/>
        </w:rPr>
        <w:t>Ja, i hvert fald Instagram. Jeg tror, jeg har fulgt Bjørns rejse nogenlunde siden du startede, eller i hvert fald i nogle år. Så har vi mødtes nogle gange i det virkelige liv til åbninger og ferniseringer. Det er nok det nærmeste.</w:t>
      </w:r>
    </w:p>
    <w:p>
      <w:pPr>
        <w:keepLines w:val="0"/>
      </w:pPr>
      <w:r>
        <w:rPr>
          <w:rFonts w:ascii="Arial" w:hAnsi="Arial" w:eastAsia="Arial"/>
          <w:b/>
          <w:color w:val="777777"/>
        </w:rPr>
        <w:t xml:space="preserve">[00:42] </w:t>
      </w:r>
      <w:r>
        <w:rPr>
          <w:rFonts w:ascii="Arial" w:hAnsi="Arial" w:eastAsia="Arial"/>
          <w:b/>
          <w:color w:val="1F4E79"/>
        </w:rPr>
        <w:t xml:space="preserve">Nicki: </w:t>
      </w:r>
      <w:r>
        <w:rPr>
          <w:rFonts w:ascii="Arial" w:hAnsi="Arial" w:eastAsia="Arial"/>
        </w:rPr>
        <w:t>Når jeg kommer ude fra branchen, føler jeg, at de fleste insiders, som jeg vil sige I begge to er på en eller anden måde, kender hinanden. Er kunstbranchen ikke lidt lille i Danmark? Kender alle ikke alle de rigtige?</w:t>
      </w:r>
    </w:p>
    <w:p>
      <w:pPr>
        <w:keepLines w:val="0"/>
      </w:pPr>
      <w:r>
        <w:rPr>
          <w:rFonts w:ascii="Arial" w:hAnsi="Arial" w:eastAsia="Arial"/>
          <w:b/>
          <w:color w:val="777777"/>
        </w:rPr>
        <w:t xml:space="preserve">[00:56] </w:t>
      </w:r>
      <w:r>
        <w:rPr>
          <w:rFonts w:ascii="Arial" w:hAnsi="Arial" w:eastAsia="Arial"/>
          <w:b/>
          <w:color w:val="7A3E1D"/>
        </w:rPr>
        <w:t xml:space="preserve">Bjørn Magnussen: </w:t>
      </w:r>
      <w:r>
        <w:rPr>
          <w:rFonts w:ascii="Arial" w:hAnsi="Arial" w:eastAsia="Arial"/>
        </w:rPr>
        <w:t>Jo, der er nok nogle grupperinger af kunstnere og kuratorer, der hænger ud. Så skal man selv afgøre, hvor meget man vil passe ind i det og tage del i det. Jeg kan gå ind og ud af det. For mig er det også vigtigt at kunne fordybe mig enormt meget alene. Jeg kan ikke være for social, men man er også nødt til at være social, hvis der skal ske et eller andet. Det er en balance.</w:t>
      </w:r>
    </w:p>
    <w:p>
      <w:pPr>
        <w:keepLines w:val="0"/>
      </w:pPr>
      <w:r>
        <w:rPr>
          <w:rFonts w:ascii="Arial" w:hAnsi="Arial" w:eastAsia="Arial"/>
          <w:b/>
          <w:color w:val="777777"/>
        </w:rPr>
        <w:t xml:space="preserve">[01:25] </w:t>
      </w:r>
      <w:r>
        <w:rPr>
          <w:rFonts w:ascii="Arial" w:hAnsi="Arial" w:eastAsia="Arial"/>
          <w:b/>
          <w:color w:val="2F5D50"/>
        </w:rPr>
        <w:t xml:space="preserve">Frederik Hove: </w:t>
      </w:r>
      <w:r>
        <w:rPr>
          <w:rFonts w:ascii="Arial" w:hAnsi="Arial" w:eastAsia="Arial"/>
        </w:rPr>
        <w:t>Jeg vil sige meget af det samme. Kunstbranchen i Danmark er lidt en andedam i forhold til den store verden. Som samler er det for mig meget forbundet med at komme ud og se kunst, møde mennesker, tale med kunstnere, samlere og gallerister og stille min egen nysgerrighed på kunst. For kunstnerne er formidlingen også vigtig. Hvis man gerne vil have sit navn ud, bliver man nødt til at komme ud og fortælle om sine ting.</w:t>
      </w:r>
    </w:p>
    <w:p>
      <w:pPr>
        <w:keepLines w:val="0"/>
      </w:pPr>
      <w:r>
        <w:rPr>
          <w:rFonts w:ascii="Arial" w:hAnsi="Arial" w:eastAsia="Arial"/>
          <w:b/>
          <w:color w:val="777777"/>
        </w:rPr>
        <w:t xml:space="preserve">[02:37] </w:t>
      </w:r>
      <w:r>
        <w:rPr>
          <w:rFonts w:ascii="Arial" w:hAnsi="Arial" w:eastAsia="Arial"/>
          <w:b/>
          <w:color w:val="7A3E1D"/>
        </w:rPr>
        <w:t xml:space="preserve">Bjørn Magnussen: </w:t>
      </w:r>
      <w:r>
        <w:rPr>
          <w:rFonts w:ascii="Arial" w:hAnsi="Arial" w:eastAsia="Arial"/>
        </w:rPr>
        <w:t>Jeg har også erfaret, at der ikke er en reel bog for branchen. Når man er helt ny, møder man måske en gallerist, der fortæller sit syn på branchen, men det forvirrer ofte mere, end det gavner. Det, der har gavnet mig mest, er at have en bevidsthed om branchen og samfundet, men samtidig fordybe mig i min proces, dygtiggøre mig og følge min begejstring. I begejstringen opstår der visdom, læring og alt muligt, man kan videreformidle gennem kunst, podcast og mennesker, man møder. Så ender man mere magnetisk det sted, man skal være. Man skal ikke gå rundt og fake-networke, fordi man tror, man skal networke. For mig fungerer det, når det er relationsbaseret.</w:t>
      </w:r>
    </w:p>
    <w:p>
      <w:pPr>
        <w:keepLines w:val="0"/>
      </w:pPr>
      <w:r>
        <w:rPr>
          <w:rFonts w:ascii="Arial" w:hAnsi="Arial" w:eastAsia="Arial"/>
          <w:b/>
          <w:color w:val="777777"/>
        </w:rPr>
        <w:t xml:space="preserve">[03:40] </w:t>
      </w:r>
      <w:r>
        <w:rPr>
          <w:rFonts w:ascii="Arial" w:hAnsi="Arial" w:eastAsia="Arial"/>
          <w:b/>
          <w:color w:val="1F4E79"/>
        </w:rPr>
        <w:t xml:space="preserve">Nicki: </w:t>
      </w:r>
      <w:r>
        <w:rPr>
          <w:rFonts w:ascii="Arial" w:hAnsi="Arial" w:eastAsia="Arial"/>
        </w:rPr>
        <w:t>Nu havde du for eksempel en fernisering i Nordvest, hvor du havde lavet et stort mural, altså et vægmaleri. Du har også Sophienholm senere i januar, og du har også lavet noget på restauranten Uformel. Hvordan vælger du egentlig, hvor du vil udstille? Der er jo stor forskel på at udstille i Nordvest og på Sophienholm, også for en kunstsamler, Frederik?</w:t>
      </w:r>
    </w:p>
    <w:p>
      <w:pPr>
        <w:pStyle w:val="Heading2"/>
      </w:pPr>
      <w:r>
        <w:t>Snobberi, kontekst og værkets rette ramme</w:t>
      </w:r>
    </w:p>
    <w:p>
      <w:pPr>
        <w:keepLines w:val="0"/>
      </w:pPr>
      <w:r>
        <w:rPr>
          <w:rFonts w:ascii="Arial" w:hAnsi="Arial" w:eastAsia="Arial"/>
          <w:b/>
          <w:color w:val="777777"/>
        </w:rPr>
        <w:t xml:space="preserve">[04:08] </w:t>
      </w:r>
      <w:r>
        <w:rPr>
          <w:rFonts w:ascii="Arial" w:hAnsi="Arial" w:eastAsia="Arial"/>
          <w:b/>
          <w:color w:val="2F5D50"/>
        </w:rPr>
        <w:t xml:space="preserve">Frederik Hove: </w:t>
      </w:r>
      <w:r>
        <w:rPr>
          <w:rFonts w:ascii="Arial" w:hAnsi="Arial" w:eastAsia="Arial"/>
        </w:rPr>
        <w:t>Helt sikkert. Bjørn har en masse fede projekter kørende. Det interessante ved at følge samtidskunst er netop at følge den rejse og de muligheder, der opstår. Det er kontrastfyldt, men det vigtige er, at man laver noget, man kan se sig selv i. Om man udstiller stort eller småt, skal det være noget, hvor man føler, at man kan komme ud med sit udtryk.</w:t>
      </w:r>
    </w:p>
    <w:p>
      <w:pPr>
        <w:keepLines w:val="0"/>
      </w:pPr>
      <w:r>
        <w:rPr>
          <w:rFonts w:ascii="Arial" w:hAnsi="Arial" w:eastAsia="Arial"/>
          <w:b/>
          <w:color w:val="777777"/>
        </w:rPr>
        <w:t xml:space="preserve">[04:47] </w:t>
      </w:r>
      <w:r>
        <w:rPr>
          <w:rFonts w:ascii="Arial" w:hAnsi="Arial" w:eastAsia="Arial"/>
          <w:b/>
          <w:color w:val="7A3E1D"/>
        </w:rPr>
        <w:t xml:space="preserve">Bjørn Magnussen: </w:t>
      </w:r>
      <w:r>
        <w:rPr>
          <w:rFonts w:ascii="Arial" w:hAnsi="Arial" w:eastAsia="Arial"/>
        </w:rPr>
        <w:t>Udefra set kan det ligne snobberi, men det essentielle er iscenesættelsen. Man bruger så meget energi, følelser og sensitivitet på at skabe noget med sine hænder. Det bliver nødt til at passe ind i en ramme, hvor den energi bliver sat korrekt i scene. Der er ikke noget rigtigt eller forkert, men der er en fornemmelse af, at hvis jeg har brugt et år på en marmorskulptur, skal den nok ikke stå i en genbrugsbutik på Nørrebro. Det ville ikke leve op til den tid, jeg har brugt på den.</w:t>
      </w:r>
    </w:p>
    <w:p>
      <w:pPr>
        <w:keepLines w:val="0"/>
      </w:pPr>
      <w:r>
        <w:rPr>
          <w:rFonts w:ascii="Arial" w:hAnsi="Arial" w:eastAsia="Arial"/>
          <w:b/>
          <w:color w:val="777777"/>
        </w:rPr>
        <w:t xml:space="preserve">[05:30] </w:t>
      </w:r>
      <w:r>
        <w:rPr>
          <w:rFonts w:ascii="Arial" w:hAnsi="Arial" w:eastAsia="Arial"/>
          <w:b/>
          <w:color w:val="1F4E79"/>
        </w:rPr>
        <w:t xml:space="preserve">Nicki: </w:t>
      </w:r>
      <w:r>
        <w:rPr>
          <w:rFonts w:ascii="Arial" w:hAnsi="Arial" w:eastAsia="Arial"/>
        </w:rPr>
        <w:t>Det vil sige, at det også handler om at prioritere og være selektiv. Og at snobberiet på en måde også er det, der sørger for, at der er mad på bordet, fordi eksklusiviteten er med til at gøre, at det koster det, det skal koste. Eller er jeg forkert på den?</w:t>
      </w:r>
    </w:p>
    <w:p>
      <w:pPr>
        <w:keepLines w:val="0"/>
      </w:pPr>
      <w:r>
        <w:rPr>
          <w:rFonts w:ascii="Arial" w:hAnsi="Arial" w:eastAsia="Arial"/>
          <w:b/>
          <w:color w:val="777777"/>
        </w:rPr>
        <w:t xml:space="preserve">[05:48] </w:t>
      </w:r>
      <w:r>
        <w:rPr>
          <w:rFonts w:ascii="Arial" w:hAnsi="Arial" w:eastAsia="Arial"/>
          <w:b/>
          <w:color w:val="7A3E1D"/>
        </w:rPr>
        <w:t xml:space="preserve">Bjørn Magnussen: </w:t>
      </w:r>
      <w:r>
        <w:rPr>
          <w:rFonts w:ascii="Arial" w:hAnsi="Arial" w:eastAsia="Arial"/>
        </w:rPr>
        <w:t>Nej, det er rigtigt. Et maleri kan jo ikke koste 500 kroner, hvis man skal leve af det. Det skal koste ud fra, hvor meget man producerer. Jeg vil heller ikke kun lave vægmalerier i storcentre. Det ville være ude af balance, hvis jeg samtidig bruger halvandet år på en marmorskulptur. Men når jeg også har udstillinger på Sophienholm og andre steder, kan det være en sindssygt god kontrast at give tilbage til byen. Et projekt i Nørrebro Bycenter kan måske blive set af 10.000 almindelige mennesker de næste mange år. Den balance mellem offentlige udsmykninger og high-end udstillinger kan jeg godt lide. Det er en blanding af det folkelige og det eksklusive.</w:t>
      </w:r>
    </w:p>
    <w:p>
      <w:pPr>
        <w:keepLines w:val="0"/>
      </w:pPr>
      <w:r>
        <w:rPr>
          <w:rFonts w:ascii="Arial" w:hAnsi="Arial" w:eastAsia="Arial"/>
          <w:b/>
          <w:color w:val="777777"/>
        </w:rPr>
        <w:t xml:space="preserve">[06:48] </w:t>
      </w:r>
      <w:r>
        <w:rPr>
          <w:rFonts w:ascii="Arial" w:hAnsi="Arial" w:eastAsia="Arial"/>
          <w:b/>
          <w:color w:val="2F5D50"/>
        </w:rPr>
        <w:t xml:space="preserve">Frederik Hove: </w:t>
      </w:r>
      <w:r>
        <w:rPr>
          <w:rFonts w:ascii="Arial" w:hAnsi="Arial" w:eastAsia="Arial"/>
        </w:rPr>
        <w:t>Det er netop det interessante ved kunsten. Den favner bredt. Offentlige udsmykninger bliver en del af bybilledet og folks hverdag. Nogle stopper op og kigger, andre går bare forbi, men man har en bevidsthed om, at værket er der. Samtidig kan man lave dybere projekter med museums- eller galleriudstillinger, hvor kunsten også kan blive solgt til mennesker, der tager den hjem i deres samlinger. Så går det videre som ringe i vandet.</w:t>
      </w:r>
    </w:p>
    <w:p>
      <w:pPr>
        <w:keepLines w:val="0"/>
      </w:pPr>
      <w:r>
        <w:rPr>
          <w:rFonts w:ascii="Arial" w:hAnsi="Arial" w:eastAsia="Arial"/>
          <w:b/>
          <w:color w:val="777777"/>
        </w:rPr>
        <w:t xml:space="preserve">[07:25] </w:t>
      </w:r>
      <w:r>
        <w:rPr>
          <w:rFonts w:ascii="Arial" w:hAnsi="Arial" w:eastAsia="Arial"/>
          <w:b/>
          <w:color w:val="7A3E1D"/>
        </w:rPr>
        <w:t xml:space="preserve">Bjørn Magnussen: </w:t>
      </w:r>
      <w:r>
        <w:rPr>
          <w:rFonts w:ascii="Arial" w:hAnsi="Arial" w:eastAsia="Arial"/>
        </w:rPr>
        <w:t>Kunsten bliver også nødt til at blive købt, før man kan lave mere. Det er abstrakt, for ofte prissætter man efter størrelse. Jeg kan bruge et år på et værk på 90 x 90 cm, eller jeg kan bruge et sekund på samme størrelse, og prisen skal i princippet være den samme. Følelsesmæssigt er det mærkeligt, fordi noget, man har brugt lang tid på, næsten kan føles som en del af ens sjæl.</w:t>
      </w:r>
    </w:p>
    <w:p>
      <w:pPr>
        <w:keepLines w:val="0"/>
      </w:pPr>
      <w:r>
        <w:rPr>
          <w:rFonts w:ascii="Arial" w:hAnsi="Arial" w:eastAsia="Arial"/>
          <w:b/>
          <w:color w:val="777777"/>
        </w:rPr>
        <w:t xml:space="preserve">[07:56] </w:t>
      </w:r>
      <w:r>
        <w:rPr>
          <w:rFonts w:ascii="Arial" w:hAnsi="Arial" w:eastAsia="Arial"/>
          <w:b/>
          <w:color w:val="1F4E79"/>
        </w:rPr>
        <w:t xml:space="preserve">Nicki: </w:t>
      </w:r>
      <w:r>
        <w:rPr>
          <w:rFonts w:ascii="Arial" w:hAnsi="Arial" w:eastAsia="Arial"/>
        </w:rPr>
        <w:t>Hvordan ser du på de regler, Frederik? Altså størrelsesforholdet og den måde, man prissætter på?</w:t>
      </w:r>
    </w:p>
    <w:p>
      <w:pPr>
        <w:keepLines w:val="0"/>
      </w:pPr>
      <w:r>
        <w:rPr>
          <w:rFonts w:ascii="Arial" w:hAnsi="Arial" w:eastAsia="Arial"/>
          <w:b/>
          <w:color w:val="777777"/>
        </w:rPr>
        <w:t xml:space="preserve">[07:58] </w:t>
      </w:r>
      <w:r>
        <w:rPr>
          <w:rFonts w:ascii="Arial" w:hAnsi="Arial" w:eastAsia="Arial"/>
          <w:b/>
          <w:color w:val="2F5D50"/>
        </w:rPr>
        <w:t xml:space="preserve">Frederik Hove: </w:t>
      </w:r>
      <w:r>
        <w:rPr>
          <w:rFonts w:ascii="Arial" w:hAnsi="Arial" w:eastAsia="Arial"/>
        </w:rPr>
        <w:t>Som samler har jeg først og fremmest et forhold til kunsten ud fra min egen kærlighed til den, kunstnerne og de værker, jeg køber og tager ind i min samling. Jeg kigger ikke så kommercielt på det. Men som kunstformidler handler det også om, hvordan folk kan gribe det. Jeg vil gerne få min egen generation til at få øjnene op for at samle kunst. Der kan et værk i Nørrebro Bycenter være vigtigt. Nogen ser Bjørns vægmaleri, og senere tager de måske på Sophienholm og genkender formsproget. Det er de ringe i vandet, der gør det interessant.</w:t>
      </w:r>
    </w:p>
    <w:p>
      <w:pPr>
        <w:pStyle w:val="Heading2"/>
      </w:pPr>
      <w:r>
        <w:t>Autenticitet, samlere og mavefornemmelse</w:t>
      </w:r>
    </w:p>
    <w:p>
      <w:pPr>
        <w:keepLines w:val="0"/>
      </w:pPr>
      <w:r>
        <w:rPr>
          <w:rFonts w:ascii="Arial" w:hAnsi="Arial" w:eastAsia="Arial"/>
          <w:b/>
          <w:color w:val="777777"/>
        </w:rPr>
        <w:t xml:space="preserve">[09:25] </w:t>
      </w:r>
      <w:r>
        <w:rPr>
          <w:rFonts w:ascii="Arial" w:hAnsi="Arial" w:eastAsia="Arial"/>
          <w:b/>
          <w:color w:val="7A3E1D"/>
        </w:rPr>
        <w:t xml:space="preserve">Bjørn Magnussen: </w:t>
      </w:r>
      <w:r>
        <w:rPr>
          <w:rFonts w:ascii="Arial" w:hAnsi="Arial" w:eastAsia="Arial"/>
        </w:rPr>
        <w:t>For mig kommer det tilbage til begejstring. Hvis jeg er begejstret for at lave Nørrebro Bycenter, et samarbejde med Netto eller en udstilling på Sophienholm, så er det det mest autentiske for mig. Hvis jeg derimod begynder at tænke kalkuleret: Hvad vil de andre have? Hvilke farver kan de lide næste år? Så skaber jeg en uautentisk virkelighed. Folk ved kun, hvad der allerede eksisterer. Hjernen kan ikke regne ud, hvad man synes er fedt om en uge. Derfor skal kunstneren være tro mod sig selv og sin begejstring, især når samlere, museer og branchefolk begynder at følge med. Hvis man begynder at please dem, bliver det mudret. Branchen vil egentlig gerne have kunstnere, der går deres egen vej. Den kan bare ikke forudsige den vej, før den findes.</w:t>
      </w:r>
    </w:p>
    <w:p>
      <w:pPr>
        <w:keepLines w:val="0"/>
      </w:pPr>
      <w:r>
        <w:rPr>
          <w:rFonts w:ascii="Arial" w:hAnsi="Arial" w:eastAsia="Arial"/>
          <w:b/>
          <w:color w:val="777777"/>
        </w:rPr>
        <w:t xml:space="preserve">[11:32] </w:t>
      </w:r>
      <w:r>
        <w:rPr>
          <w:rFonts w:ascii="Arial" w:hAnsi="Arial" w:eastAsia="Arial"/>
          <w:b/>
          <w:color w:val="1F4E79"/>
        </w:rPr>
        <w:t xml:space="preserve">Nicki: </w:t>
      </w:r>
      <w:r>
        <w:rPr>
          <w:rFonts w:ascii="Arial" w:hAnsi="Arial" w:eastAsia="Arial"/>
        </w:rPr>
        <w:t>Du samler jo med hjertet, Frederik. Men du har vel også kollegaer eller andre samlere i branchen, der tænker mere i, hvad der er det næste trendende? Om det er bestemte typer værker, bestemte lande, mytologiske motiver eller noget andet?</w:t>
      </w:r>
    </w:p>
    <w:p>
      <w:pPr>
        <w:keepLines w:val="0"/>
      </w:pPr>
      <w:r>
        <w:rPr>
          <w:rFonts w:ascii="Arial" w:hAnsi="Arial" w:eastAsia="Arial"/>
          <w:b/>
          <w:color w:val="777777"/>
        </w:rPr>
        <w:t xml:space="preserve">[11:49] </w:t>
      </w:r>
      <w:r>
        <w:rPr>
          <w:rFonts w:ascii="Arial" w:hAnsi="Arial" w:eastAsia="Arial"/>
          <w:b/>
          <w:color w:val="2F5D50"/>
        </w:rPr>
        <w:t xml:space="preserve">Frederik Hove: </w:t>
      </w:r>
      <w:r>
        <w:rPr>
          <w:rFonts w:ascii="Arial" w:hAnsi="Arial" w:eastAsia="Arial"/>
        </w:rPr>
        <w:t>Helt sikkert. Alle har forskellige agendaer med at samle eller købe kunst. Nogle specialiserer sig i en bestemt genre, stil eller periode. De samlere, jeg kender, har som regel et kærlighedsforhold til kunsten mere end et investeringsforhold. Jeg samler primært på samtidskunst og dansk guldalderkunst fra starten og midten af 1800-tallet. Det er to yderpunkter, men jeg gør det, fordi jeg kan lide det. Jeg kan også lide at lave crossover mellem det og hænge det sammen derhjemme. Hvis man samler samtidskunst, synes jeg ikke, man skal købe med investering for øje. Man kan ikke forudsige, hvem der bliver den næste Picasso. Man skal købe med hjertet. Derfor er der heller ikke nogen grund til, at unge kunstnere lægger for meget energi i samlernes, branchens eller kuratorernes ord. Lav det, du godt kan lide. Så kommer det andet, hvis der er noget ægte i det.</w:t>
      </w:r>
    </w:p>
    <w:p>
      <w:pPr>
        <w:keepLines w:val="0"/>
      </w:pPr>
      <w:r>
        <w:rPr>
          <w:rFonts w:ascii="Arial" w:hAnsi="Arial" w:eastAsia="Arial"/>
          <w:b/>
          <w:color w:val="777777"/>
        </w:rPr>
        <w:t xml:space="preserve">[14:19] </w:t>
      </w:r>
      <w:r>
        <w:rPr>
          <w:rFonts w:ascii="Arial" w:hAnsi="Arial" w:eastAsia="Arial"/>
          <w:b/>
          <w:color w:val="1F4E79"/>
        </w:rPr>
        <w:t xml:space="preserve">Nicki: </w:t>
      </w:r>
      <w:r>
        <w:rPr>
          <w:rFonts w:ascii="Arial" w:hAnsi="Arial" w:eastAsia="Arial"/>
        </w:rPr>
        <w:t>Hvad så med den tid, vi lever i nu? Du har taget en dokumentarist med i dag, og det handler jo også om content og indhold, der skal ud. Kunstnere lever også meget på sociale medier i dag, medmindre de er repræsenteret af gallerister, der er gode til at arbejde i det digitale landskab. Er det også en måde, hvorpå du gerne vil have flere øjne på dig?</w:t>
      </w:r>
    </w:p>
    <w:p>
      <w:pPr>
        <w:pStyle w:val="Heading2"/>
      </w:pPr>
      <w:r>
        <w:t>Dokumentaren, sociale medier og kunstnerens egen kontrol</w:t>
      </w:r>
    </w:p>
    <w:p>
      <w:pPr>
        <w:keepLines w:val="0"/>
      </w:pPr>
      <w:r>
        <w:rPr>
          <w:rFonts w:ascii="Arial" w:hAnsi="Arial" w:eastAsia="Arial"/>
          <w:b/>
          <w:color w:val="777777"/>
        </w:rPr>
        <w:t xml:space="preserve">[14:49] </w:t>
      </w:r>
      <w:r>
        <w:rPr>
          <w:rFonts w:ascii="Arial" w:hAnsi="Arial" w:eastAsia="Arial"/>
          <w:b/>
          <w:color w:val="7A3E1D"/>
        </w:rPr>
        <w:t xml:space="preserve">Bjørn Magnussen: </w:t>
      </w:r>
      <w:r>
        <w:rPr>
          <w:rFonts w:ascii="Arial" w:hAnsi="Arial" w:eastAsia="Arial"/>
        </w:rPr>
        <w:t>Helt klart. Men det bunder i, at efter jeg lavede Kunstnerkolonien, var der flere produktionsselskaber, der ville lave dokumentar med mig. Det var bare ikke et match. Vi forstod ikke hinanden, og jeg kunne mærke, at den ikke var der i maven. Men jeg vidste, at der skulle ske en masse spændende ting, og jeg ville gerne dokumentere det. Så fandt jeg Tim, en ung fotograf på 20 år, som havde vundet en pris for sit fotoprojekt. Jeg kunne mærke, at der var noget ved hans nerve, jeg godt kunne lide. Jeg skrev til ham, mens jeg var i Pietrasanta i Italien, og han greb det bare og kom derned. Nu er vi i gang med at lave en film, der udkommer inden for de næste par år. Jeg er involveret i klippeprocessen og hele processen, så der ikke er nogen, der skaber et udtryk, jeg ikke kan stå inde for.</w:t>
      </w:r>
    </w:p>
    <w:p>
      <w:pPr>
        <w:keepLines w:val="0"/>
      </w:pPr>
      <w:r>
        <w:rPr>
          <w:rFonts w:ascii="Arial" w:hAnsi="Arial" w:eastAsia="Arial"/>
          <w:b/>
          <w:color w:val="777777"/>
        </w:rPr>
        <w:t xml:space="preserve">[16:00] </w:t>
      </w:r>
      <w:r>
        <w:rPr>
          <w:rFonts w:ascii="Arial" w:hAnsi="Arial" w:eastAsia="Arial"/>
          <w:b/>
          <w:color w:val="7A3E1D"/>
        </w:rPr>
        <w:t xml:space="preserve">Bjørn Magnussen: </w:t>
      </w:r>
      <w:r>
        <w:rPr>
          <w:rFonts w:ascii="Arial" w:hAnsi="Arial" w:eastAsia="Arial"/>
        </w:rPr>
        <w:t>Kunstnerkolonien gav mig kæmpe branding og et gennembrud. Alle de fede opgaver kom efter det program, men jeg skal ikke lave mere af den slags tv lige nu. Nu har jeg valgt at gøre det selv med min ven, så det bliver ægte.</w:t>
      </w:r>
    </w:p>
    <w:p>
      <w:pPr>
        <w:keepLines w:val="0"/>
      </w:pPr>
      <w:r>
        <w:rPr>
          <w:rFonts w:ascii="Arial" w:hAnsi="Arial" w:eastAsia="Arial"/>
          <w:b/>
          <w:color w:val="777777"/>
        </w:rPr>
        <w:t xml:space="preserve">[16:42] </w:t>
      </w:r>
      <w:r>
        <w:rPr>
          <w:rFonts w:ascii="Arial" w:hAnsi="Arial" w:eastAsia="Arial"/>
          <w:b/>
          <w:color w:val="1F4E79"/>
        </w:rPr>
        <w:t xml:space="preserve">Nicki: </w:t>
      </w:r>
      <w:r>
        <w:rPr>
          <w:rFonts w:ascii="Arial" w:hAnsi="Arial" w:eastAsia="Arial"/>
        </w:rPr>
        <w:t>Det giver mening. Men det er jo også balancen mellem det kommercielle og fordybelsen. Man bliver nødt til at gøre sig selv salgsklar på en eller anden måde, men samtidig være autentisk i sit udtryk.</w:t>
      </w:r>
    </w:p>
    <w:p>
      <w:pPr>
        <w:keepLines w:val="0"/>
      </w:pPr>
      <w:r>
        <w:rPr>
          <w:rFonts w:ascii="Arial" w:hAnsi="Arial" w:eastAsia="Arial"/>
          <w:b/>
          <w:color w:val="777777"/>
        </w:rPr>
        <w:t xml:space="preserve">[17:00] </w:t>
      </w:r>
      <w:r>
        <w:rPr>
          <w:rFonts w:ascii="Arial" w:hAnsi="Arial" w:eastAsia="Arial"/>
          <w:b/>
          <w:color w:val="7A3E1D"/>
        </w:rPr>
        <w:t xml:space="preserve">Bjørn Magnussen: </w:t>
      </w:r>
      <w:r>
        <w:rPr>
          <w:rFonts w:ascii="Arial" w:hAnsi="Arial" w:eastAsia="Arial"/>
        </w:rPr>
        <w:t>Som jeg forstår det, sidder topgallerierne med de store navne, som Tal R, Torbjørn Rødland og andre fantastiske kunstnere. Det er en anden generation. Mange af dem har ikke engang sociale medier, og det behøver de ikke, fordi de har stærke internationale samarbejder og mange samlere omkring sig. Men det passer ikke nødvendigvis til den nye generation at underlægge sig ét menneske 100 procent. Folk vil selv gøre det. Folk ser selv mulighederne.</w:t>
      </w:r>
    </w:p>
    <w:p>
      <w:pPr>
        <w:keepLines w:val="0"/>
      </w:pPr>
      <w:r>
        <w:rPr>
          <w:rFonts w:ascii="Arial" w:hAnsi="Arial" w:eastAsia="Arial"/>
          <w:b/>
          <w:color w:val="777777"/>
        </w:rPr>
        <w:t xml:space="preserve">[17:51] </w:t>
      </w:r>
      <w:r>
        <w:rPr>
          <w:rFonts w:ascii="Arial" w:hAnsi="Arial" w:eastAsia="Arial"/>
          <w:b/>
          <w:color w:val="2F5D50"/>
        </w:rPr>
        <w:t xml:space="preserve">Frederik Hove: </w:t>
      </w:r>
      <w:r>
        <w:rPr>
          <w:rFonts w:ascii="Arial" w:hAnsi="Arial" w:eastAsia="Arial"/>
        </w:rPr>
        <w:t>Det er et større mix nu. Kunstbranchen er svær at navigere i, og der er mange hatte, man skal have på. Den gamle forestilling om kunstneren, der står usynlig på et atelierloft og lader værkerne tale, er væk. Vi lever i en tid, hvor man også skal bruge sociale medier, platforme og formidling uden at det bliver sell-out. Gallerister har stadig en vigtig rolle i forhold til museer og institutioner, men i dag er det også mere op til kunstneren selv at komme ud og vise sig. Og noget af det fedeste ved dig, Bjørn, er netop processen. Når du laver store træskulpturer, totemagtige objekter, glas og marmor i Pietrasanta, er processen næsten lige så interessant som det færdige resultat. Som kunstelsker er det fedt at følge rejsen fra for fire-fem år siden til nu.</w:t>
      </w:r>
    </w:p>
    <w:p>
      <w:pPr>
        <w:pStyle w:val="Heading2"/>
      </w:pPr>
      <w:r>
        <w:t>Intuition, mission og det åndelige</w:t>
      </w:r>
    </w:p>
    <w:p>
      <w:pPr>
        <w:keepLines w:val="0"/>
      </w:pPr>
      <w:r>
        <w:rPr>
          <w:rFonts w:ascii="Arial" w:hAnsi="Arial" w:eastAsia="Arial"/>
          <w:b/>
          <w:color w:val="777777"/>
        </w:rPr>
        <w:t xml:space="preserve">[20:15] </w:t>
      </w:r>
      <w:r>
        <w:rPr>
          <w:rFonts w:ascii="Arial" w:hAnsi="Arial" w:eastAsia="Arial"/>
          <w:b/>
          <w:color w:val="7A3E1D"/>
        </w:rPr>
        <w:t xml:space="preserve">Bjørn Magnussen: </w:t>
      </w:r>
      <w:r>
        <w:rPr>
          <w:rFonts w:ascii="Arial" w:hAnsi="Arial" w:eastAsia="Arial"/>
        </w:rPr>
        <w:t>Det er fordi, jeg har blod på tanden på et andet niveau. Jeg har en mission med det. Det handler ikke bare om et maleri eller en genstand. Jeg kan se, at vi er afkoblet fra vores intuition i samfundet. Jeg kan sætte strøm til et sted i samfundet, som er i dvale. Når jeg ser det så klart, bliver det en mission.</w:t>
      </w:r>
    </w:p>
    <w:p>
      <w:pPr>
        <w:keepLines w:val="0"/>
      </w:pPr>
      <w:r>
        <w:rPr>
          <w:rFonts w:ascii="Arial" w:hAnsi="Arial" w:eastAsia="Arial"/>
          <w:b/>
          <w:color w:val="777777"/>
        </w:rPr>
        <w:t xml:space="preserve">[20:43] </w:t>
      </w:r>
      <w:r>
        <w:rPr>
          <w:rFonts w:ascii="Arial" w:hAnsi="Arial" w:eastAsia="Arial"/>
          <w:b/>
          <w:color w:val="1F4E79"/>
        </w:rPr>
        <w:t xml:space="preserve">Nicki: </w:t>
      </w:r>
      <w:r>
        <w:rPr>
          <w:rFonts w:ascii="Arial" w:hAnsi="Arial" w:eastAsia="Arial"/>
        </w:rPr>
        <w:t>Hvad håber du, at generationen vågner op til?</w:t>
      </w:r>
    </w:p>
    <w:p>
      <w:pPr>
        <w:keepLines w:val="0"/>
      </w:pPr>
      <w:r>
        <w:rPr>
          <w:rFonts w:ascii="Arial" w:hAnsi="Arial" w:eastAsia="Arial"/>
          <w:b/>
          <w:color w:val="777777"/>
        </w:rPr>
        <w:t xml:space="preserve">[20:46] </w:t>
      </w:r>
      <w:r>
        <w:rPr>
          <w:rFonts w:ascii="Arial" w:hAnsi="Arial" w:eastAsia="Arial"/>
          <w:b/>
          <w:color w:val="7A3E1D"/>
        </w:rPr>
        <w:t xml:space="preserve">Bjørn Magnussen: </w:t>
      </w:r>
      <w:r>
        <w:rPr>
          <w:rFonts w:ascii="Arial" w:hAnsi="Arial" w:eastAsia="Arial"/>
        </w:rPr>
        <w:t>Jeg håber, at vi vågner op til, at der er en fuldstændig afkoblet åndelig fornemmelse i vores samfund. Vi er dygtige uddannelsesmæssigt, vi har videnskab og systemer, men vi er totalt afkoblet fra det åndelige. For mig har det intet med religion at gøre. Det handler om at fornemme, hvad vi kommer af. I de kunstneriske processer får jeg det foræret. Når jeg ikke planlægger noget, er jeg så til stede, at det ikke længere kun er en menneskelig oplevelse, men en åndelig oplevelse. Det handler om bevidsthed, forfædre, energi, evolution og det liv, der skaber naturen.</w:t>
      </w:r>
    </w:p>
    <w:p>
      <w:pPr>
        <w:keepLines w:val="0"/>
      </w:pPr>
      <w:r>
        <w:rPr>
          <w:rFonts w:ascii="Arial" w:hAnsi="Arial" w:eastAsia="Arial"/>
          <w:b/>
          <w:color w:val="777777"/>
        </w:rPr>
        <w:t xml:space="preserve">[22:04] </w:t>
      </w:r>
      <w:r>
        <w:rPr>
          <w:rFonts w:ascii="Arial" w:hAnsi="Arial" w:eastAsia="Arial"/>
          <w:b/>
          <w:color w:val="7A3E1D"/>
        </w:rPr>
        <w:t xml:space="preserve">Bjørn Magnussen: </w:t>
      </w:r>
      <w:r>
        <w:rPr>
          <w:rFonts w:ascii="Arial" w:hAnsi="Arial" w:eastAsia="Arial"/>
        </w:rPr>
        <w:t>Det er derfor, jeg laver udstillingen Intuitionsrevolution på Sophienholm Kunsthal. Missionen er at samle en gruppe, der arbejder intuitivt, og fremhæve den arbejdsmetode. Jeg synes, der i tidligere generationer har været for meget fokus på konceptkunst og kalkuleret tænkekunst. Mange direktører og kuratorer har læst så meget kunsthistorie, at de ikke kan mærke sig selv eller andre. Men hvad så med dem, der bruger hænderne? Hvad med håndværket, stenhuggerne, det åndelige, intuitive, legende, kropslige og sensitive? For mig er kunsten netop det fristed, hvor der er plads til legen og intuitionen.</w:t>
      </w:r>
    </w:p>
    <w:p>
      <w:pPr>
        <w:keepLines w:val="0"/>
      </w:pPr>
      <w:r>
        <w:rPr>
          <w:rFonts w:ascii="Arial" w:hAnsi="Arial" w:eastAsia="Arial"/>
          <w:b/>
          <w:color w:val="777777"/>
        </w:rPr>
        <w:t xml:space="preserve">[23:28] </w:t>
      </w:r>
      <w:r>
        <w:rPr>
          <w:rFonts w:ascii="Arial" w:hAnsi="Arial" w:eastAsia="Arial"/>
          <w:b/>
          <w:color w:val="7A3E1D"/>
        </w:rPr>
        <w:t xml:space="preserve">Bjørn Magnussen: </w:t>
      </w:r>
      <w:r>
        <w:rPr>
          <w:rFonts w:ascii="Arial" w:hAnsi="Arial" w:eastAsia="Arial"/>
        </w:rPr>
        <w:t>Jeg har samlet en gruppe med blandt andre Inge Bjørn, en 100-årig væver, som nåede at sige ja før hun døde, Maria Koshenkova, Astrid Seberg, Anna Milman, Tim Bertram, Julius Iversen og Jacob Sej. Jacob er en spastiker fra min tidligere svigerfars kunstskole for udviklingshæmmede, som tegner fantastiske portrætter. Det bliver en udstilling, en dokumentar og en bog, og det kommer til at blive en organisation.</w:t>
      </w:r>
    </w:p>
    <w:p>
      <w:pPr>
        <w:keepLines w:val="0"/>
      </w:pPr>
      <w:r>
        <w:rPr>
          <w:rFonts w:ascii="Arial" w:hAnsi="Arial" w:eastAsia="Arial"/>
          <w:b/>
          <w:color w:val="777777"/>
        </w:rPr>
        <w:t xml:space="preserve">[24:42] </w:t>
      </w:r>
      <w:r>
        <w:rPr>
          <w:rFonts w:ascii="Arial" w:hAnsi="Arial" w:eastAsia="Arial"/>
          <w:b/>
          <w:color w:val="1F4E79"/>
        </w:rPr>
        <w:t xml:space="preserve">Nicki: </w:t>
      </w:r>
      <w:r>
        <w:rPr>
          <w:rFonts w:ascii="Arial" w:hAnsi="Arial" w:eastAsia="Arial"/>
        </w:rPr>
        <w:t>Når du hører alt det her, Frederik, hvor er interessen fra din side?</w:t>
      </w:r>
    </w:p>
    <w:p>
      <w:pPr>
        <w:keepLines w:val="0"/>
      </w:pPr>
      <w:r>
        <w:rPr>
          <w:rFonts w:ascii="Arial" w:hAnsi="Arial" w:eastAsia="Arial"/>
          <w:b/>
          <w:color w:val="777777"/>
        </w:rPr>
        <w:t xml:space="preserve">[24:47] </w:t>
      </w:r>
      <w:r>
        <w:rPr>
          <w:rFonts w:ascii="Arial" w:hAnsi="Arial" w:eastAsia="Arial"/>
          <w:b/>
          <w:color w:val="2F5D50"/>
        </w:rPr>
        <w:t xml:space="preserve">Frederik Hove: </w:t>
      </w:r>
      <w:r>
        <w:rPr>
          <w:rFonts w:ascii="Arial" w:hAnsi="Arial" w:eastAsia="Arial"/>
        </w:rPr>
        <w:t>Det, jeg finder interessant, er hele tankegangen bag det. Hvis man skal gå bagud i kunsthistorien, har det referencer til surrealisterne i 1920erne og 1930erne. I Danmark havde vi også surrealismen med kunstnersammenslutningen Linien, med blandt andre Richard Mortensen, Ejler Bille, Gustaf Munch-Petersen, Sonja Ferlov Mancoba og andre. Det var netop den frie tankegang. Det, du beskriver, er en friere, mere legende og spontan tilgang til kunsten. Især i en tid, hvor alt er digitalt og kan laves på computer og med AI, er det interessant at gå mere analogt til det.</w:t>
      </w:r>
    </w:p>
    <w:p>
      <w:pPr>
        <w:keepLines w:val="0"/>
      </w:pPr>
      <w:r>
        <w:rPr>
          <w:rFonts w:ascii="Arial" w:hAnsi="Arial" w:eastAsia="Arial"/>
          <w:b/>
          <w:color w:val="777777"/>
        </w:rPr>
        <w:t xml:space="preserve">[26:27] </w:t>
      </w:r>
      <w:r>
        <w:rPr>
          <w:rFonts w:ascii="Arial" w:hAnsi="Arial" w:eastAsia="Arial"/>
          <w:b/>
          <w:color w:val="7A3E1D"/>
        </w:rPr>
        <w:t xml:space="preserve">Bjørn Magnussen: </w:t>
      </w:r>
      <w:r>
        <w:rPr>
          <w:rFonts w:ascii="Arial" w:hAnsi="Arial" w:eastAsia="Arial"/>
        </w:rPr>
        <w:t>Vores verden har brug for det. I 1970erne, Cobra-bevægelsen og surrealismen var der selvfølgelig også bevægelser før, men samfundet var mere frit. I dag er det stramt og uddannelsesfikseret. Det handler om at få 12 i alt og lære udenad. Vi fralægger mennesker det mest naturlige: at lege, være intuitive, mærke lyst, være i instinkterne og sanse. Det bliver vigtigere at opretholde hamsterhjulet og samfundets begejstring end at følge sin egen begejstring.</w:t>
      </w:r>
    </w:p>
    <w:p>
      <w:pPr>
        <w:keepLines w:val="0"/>
      </w:pPr>
      <w:r>
        <w:rPr>
          <w:rFonts w:ascii="Arial" w:hAnsi="Arial" w:eastAsia="Arial"/>
          <w:b/>
          <w:color w:val="777777"/>
        </w:rPr>
        <w:t xml:space="preserve">[27:30] </w:t>
      </w:r>
      <w:r>
        <w:rPr>
          <w:rFonts w:ascii="Arial" w:hAnsi="Arial" w:eastAsia="Arial"/>
          <w:b/>
          <w:color w:val="1F4E79"/>
        </w:rPr>
        <w:t xml:space="preserve">Nicki: </w:t>
      </w:r>
      <w:r>
        <w:rPr>
          <w:rFonts w:ascii="Arial" w:hAnsi="Arial" w:eastAsia="Arial"/>
        </w:rPr>
        <w:t>Er det det, du håber, folk får med fra udstillingen?</w:t>
      </w:r>
    </w:p>
    <w:p>
      <w:pPr>
        <w:keepLines w:val="0"/>
      </w:pPr>
      <w:r>
        <w:rPr>
          <w:rFonts w:ascii="Arial" w:hAnsi="Arial" w:eastAsia="Arial"/>
          <w:b/>
          <w:color w:val="777777"/>
        </w:rPr>
        <w:t xml:space="preserve">[27:33] </w:t>
      </w:r>
      <w:r>
        <w:rPr>
          <w:rFonts w:ascii="Arial" w:hAnsi="Arial" w:eastAsia="Arial"/>
          <w:b/>
          <w:color w:val="7A3E1D"/>
        </w:rPr>
        <w:t xml:space="preserve">Bjørn Magnussen: </w:t>
      </w:r>
      <w:r>
        <w:rPr>
          <w:rFonts w:ascii="Arial" w:hAnsi="Arial" w:eastAsia="Arial"/>
        </w:rPr>
        <w:t>Ja. Gennem dokumentaren håber jeg, at folk ser, hvordan man kan skabe ud fra ingenting og ud fra det, der eksisterer. Det bliver vist gennem marmor, guldringe, malerier, træ, glas og bronze. Det er naturens materialer, og jeg skaber ud fra dem uden plan og uden en håndværksmæssig baggrund, bare ved at være i det.</w:t>
      </w:r>
    </w:p>
    <w:p>
      <w:pPr>
        <w:keepLines w:val="0"/>
      </w:pPr>
      <w:r>
        <w:rPr>
          <w:rFonts w:ascii="Arial" w:hAnsi="Arial" w:eastAsia="Arial"/>
          <w:b/>
          <w:color w:val="777777"/>
        </w:rPr>
        <w:t xml:space="preserve">[28:15] </w:t>
      </w:r>
      <w:r>
        <w:rPr>
          <w:rFonts w:ascii="Arial" w:hAnsi="Arial" w:eastAsia="Arial"/>
          <w:b/>
          <w:color w:val="1F4E79"/>
        </w:rPr>
        <w:t xml:space="preserve">Nicki: </w:t>
      </w:r>
      <w:r>
        <w:rPr>
          <w:rFonts w:ascii="Arial" w:hAnsi="Arial" w:eastAsia="Arial"/>
        </w:rPr>
        <w:t>Bliver man som samler bekymret for diversiteten i alle materialerne, eller bliver man begejstret?</w:t>
      </w:r>
    </w:p>
    <w:p>
      <w:pPr>
        <w:keepLines w:val="0"/>
      </w:pPr>
      <w:r>
        <w:rPr>
          <w:rFonts w:ascii="Arial" w:hAnsi="Arial" w:eastAsia="Arial"/>
          <w:b/>
          <w:color w:val="777777"/>
        </w:rPr>
        <w:t xml:space="preserve">[28:29] </w:t>
      </w:r>
      <w:r>
        <w:rPr>
          <w:rFonts w:ascii="Arial" w:hAnsi="Arial" w:eastAsia="Arial"/>
          <w:b/>
          <w:color w:val="2F5D50"/>
        </w:rPr>
        <w:t xml:space="preserve">Frederik Hove: </w:t>
      </w:r>
      <w:r>
        <w:rPr>
          <w:rFonts w:ascii="Arial" w:hAnsi="Arial" w:eastAsia="Arial"/>
        </w:rPr>
        <w:t>For mig er det helt klart en begejstring. Jeg har altid dyrket håndværket og arbejdet med materialerne. Marmor er ikke bare marmor, og bronze er ikke bare bronze. Der er processer og historiske lag i materialerne. Hvad har marmor været brugt til helt tilbage i antikken? Hvilket håndværk ligger der i det? Jeg synes kun, det er fedt, når kunstnere har nysgerrighed og tør springe ud i noget, de ikke nødvendigvis kender fra starten. Der er ikke begrænsninger, kun muligheder. Hvis man arbejder med keramik, lærer man det heller ikke ved at læse en håndbog. Man lærer det ved at gøre det.</w:t>
      </w:r>
    </w:p>
    <w:p>
      <w:pPr>
        <w:pStyle w:val="Heading2"/>
      </w:pPr>
      <w:r>
        <w:t>Forlovelsesringen, materialer og metode</w:t>
      </w:r>
    </w:p>
    <w:p>
      <w:pPr>
        <w:keepLines w:val="0"/>
      </w:pPr>
      <w:r>
        <w:rPr>
          <w:rFonts w:ascii="Arial" w:hAnsi="Arial" w:eastAsia="Arial"/>
          <w:b/>
          <w:color w:val="777777"/>
        </w:rPr>
        <w:t xml:space="preserve">[29:57] </w:t>
      </w:r>
      <w:r>
        <w:rPr>
          <w:rFonts w:ascii="Arial" w:hAnsi="Arial" w:eastAsia="Arial"/>
          <w:b/>
          <w:color w:val="1F4E79"/>
        </w:rPr>
        <w:t xml:space="preserve">Nicki: </w:t>
      </w:r>
      <w:r>
        <w:rPr>
          <w:rFonts w:ascii="Arial" w:hAnsi="Arial" w:eastAsia="Arial"/>
        </w:rPr>
        <w:t>Bjørn, du havde taget noget med i dag.</w:t>
      </w:r>
    </w:p>
    <w:p>
      <w:pPr>
        <w:keepLines w:val="0"/>
      </w:pPr>
      <w:r>
        <w:rPr>
          <w:rFonts w:ascii="Arial" w:hAnsi="Arial" w:eastAsia="Arial"/>
          <w:b/>
          <w:color w:val="777777"/>
        </w:rPr>
        <w:t xml:space="preserve">[30:01] </w:t>
      </w:r>
      <w:r>
        <w:rPr>
          <w:rFonts w:ascii="Arial" w:hAnsi="Arial" w:eastAsia="Arial"/>
          <w:b/>
          <w:color w:val="7A3E1D"/>
        </w:rPr>
        <w:t xml:space="preserve">Bjørn Magnussen: </w:t>
      </w:r>
      <w:r>
        <w:rPr>
          <w:rFonts w:ascii="Arial" w:hAnsi="Arial" w:eastAsia="Arial"/>
        </w:rPr>
        <w:t>Ja. Jeg har taget min VIP-forlovelsesring med. Den går jeg med hver dag. Jeg friede til Anna med den på en bakketop, og det er også med i dokumentaren. Jeg har selv lavet den i samarbejde med min ven Kalle Hol, som er guldsmed. Han har støbt den og sat diamanter i, men jeg har formet den med mine hænder i voks. Det er præcis samme tilgang som med de store værker, bare i mikroformat i stedet for 12 meter.</w:t>
      </w:r>
    </w:p>
    <w:p>
      <w:pPr>
        <w:keepLines w:val="0"/>
      </w:pPr>
      <w:r>
        <w:rPr>
          <w:rFonts w:ascii="Arial" w:hAnsi="Arial" w:eastAsia="Arial"/>
          <w:b/>
          <w:color w:val="777777"/>
        </w:rPr>
        <w:t xml:space="preserve">[30:42] </w:t>
      </w:r>
      <w:r>
        <w:rPr>
          <w:rFonts w:ascii="Arial" w:hAnsi="Arial" w:eastAsia="Arial"/>
          <w:b/>
          <w:color w:val="1F4E79"/>
        </w:rPr>
        <w:t xml:space="preserve">Nicki: </w:t>
      </w:r>
      <w:r>
        <w:rPr>
          <w:rFonts w:ascii="Arial" w:hAnsi="Arial" w:eastAsia="Arial"/>
        </w:rPr>
        <w:t>Tag os igennem det helt fra begyndelsen.</w:t>
      </w:r>
    </w:p>
    <w:p>
      <w:pPr>
        <w:keepLines w:val="0"/>
      </w:pPr>
      <w:r>
        <w:rPr>
          <w:rFonts w:ascii="Arial" w:hAnsi="Arial" w:eastAsia="Arial"/>
          <w:b/>
          <w:color w:val="777777"/>
        </w:rPr>
        <w:t xml:space="preserve">[30:47] </w:t>
      </w:r>
      <w:r>
        <w:rPr>
          <w:rFonts w:ascii="Arial" w:hAnsi="Arial" w:eastAsia="Arial"/>
          <w:b/>
          <w:color w:val="7A3E1D"/>
        </w:rPr>
        <w:t xml:space="preserve">Bjørn Magnussen: </w:t>
      </w:r>
      <w:r>
        <w:rPr>
          <w:rFonts w:ascii="Arial" w:hAnsi="Arial" w:eastAsia="Arial"/>
        </w:rPr>
        <w:t>Det handler om at få materialet i hånden. Præmissen er ikke at dømme, men at gøre. Vi er nærmest indoktrineret til at tro, at vi hele tiden skal dømme alt. Men hvis man kan øve sig i at gøre mere end at dømme, og først vurdere længere fremme i processen, kommer man tilbage til at sidde i sandkassen som fireårig og bare gøre. Man skal selvfølgelig senere tage stilling til rammen, materialet og om noget skal laves i guld, men det kommer senere. I selve processen handler det om ikke at dømme.</w:t>
      </w:r>
    </w:p>
    <w:p>
      <w:pPr>
        <w:keepLines w:val="0"/>
      </w:pPr>
      <w:r>
        <w:rPr>
          <w:rFonts w:ascii="Arial" w:hAnsi="Arial" w:eastAsia="Arial"/>
          <w:b/>
          <w:color w:val="777777"/>
        </w:rPr>
        <w:t xml:space="preserve">[31:47] </w:t>
      </w:r>
      <w:r>
        <w:rPr>
          <w:rFonts w:ascii="Arial" w:hAnsi="Arial" w:eastAsia="Arial"/>
          <w:b/>
          <w:color w:val="7A3E1D"/>
        </w:rPr>
        <w:t xml:space="preserve">Bjørn Magnussen: </w:t>
      </w:r>
      <w:r>
        <w:rPr>
          <w:rFonts w:ascii="Arial" w:hAnsi="Arial" w:eastAsia="Arial"/>
        </w:rPr>
        <w:t>Når jeg laver en skulptur eller et maleri, får jeg en indskydelse. Intuition er den første impuls før tanken. Den er hurtigere end tankerne. Det er som hvis der står en tiger foran dig. Så løber du. Du står ikke og tænker over, hvad du skal gøre. Den impuls kan man bruge i kunsten. Første impuls kan være lilla og blå. To sekunder efter tænker hjernen måske, at gul også kunne være flot. Men så sletter jeg tanken om gul og går med den første indskydelse. Det er teknikken. Hele tiden at skabe ved at gøre i stedet for at dømme. Så kommer magien. Så får værket et udtryk som et træ. Du kan ikke dømme et træ. Det står bare og gror.</w:t>
      </w:r>
    </w:p>
    <w:p>
      <w:pPr>
        <w:keepLines w:val="0"/>
      </w:pPr>
      <w:r>
        <w:rPr>
          <w:rFonts w:ascii="Arial" w:hAnsi="Arial" w:eastAsia="Arial"/>
          <w:b/>
          <w:color w:val="777777"/>
        </w:rPr>
        <w:t xml:space="preserve">[33:30] </w:t>
      </w:r>
      <w:r>
        <w:rPr>
          <w:rFonts w:ascii="Arial" w:hAnsi="Arial" w:eastAsia="Arial"/>
          <w:b/>
          <w:color w:val="7A3E1D"/>
        </w:rPr>
        <w:t xml:space="preserve">Bjørn Magnussen: </w:t>
      </w:r>
      <w:r>
        <w:rPr>
          <w:rFonts w:ascii="Arial" w:hAnsi="Arial" w:eastAsia="Arial"/>
        </w:rPr>
        <w:t>Hvis jeg brugte en skitse, ville det flække mit nu fuldstændig. Hvis jeg laver en skitse i dag, er jeg begejstret for den i dag. Hvis jeg prøver at gentage den i morgen, er jeg et andet sted. Energien er anderledes. Skitsen eksisterer ikke længere. Jeg kan kun tage udgangspunkt i det, der er lige nu og her.</w:t>
      </w:r>
    </w:p>
    <w:p>
      <w:pPr>
        <w:keepLines w:val="0"/>
      </w:pPr>
      <w:r>
        <w:rPr>
          <w:rFonts w:ascii="Arial" w:hAnsi="Arial" w:eastAsia="Arial"/>
          <w:b/>
          <w:color w:val="777777"/>
        </w:rPr>
        <w:t xml:space="preserve">[33:58] </w:t>
      </w:r>
      <w:r>
        <w:rPr>
          <w:rFonts w:ascii="Arial" w:hAnsi="Arial" w:eastAsia="Arial"/>
          <w:b/>
          <w:color w:val="1F4E79"/>
        </w:rPr>
        <w:t xml:space="preserve">Nicki: </w:t>
      </w:r>
      <w:r>
        <w:rPr>
          <w:rFonts w:ascii="Arial" w:hAnsi="Arial" w:eastAsia="Arial"/>
        </w:rPr>
        <w:t>Laver du så skitser, ikke som forstudier til værker, men bare som tegninger eller en form for dagbog?</w:t>
      </w:r>
    </w:p>
    <w:p>
      <w:pPr>
        <w:keepLines w:val="0"/>
      </w:pPr>
      <w:r>
        <w:rPr>
          <w:rFonts w:ascii="Arial" w:hAnsi="Arial" w:eastAsia="Arial"/>
          <w:b/>
          <w:color w:val="777777"/>
        </w:rPr>
        <w:t xml:space="preserve">[34:07] </w:t>
      </w:r>
      <w:r>
        <w:rPr>
          <w:rFonts w:ascii="Arial" w:hAnsi="Arial" w:eastAsia="Arial"/>
          <w:b/>
          <w:color w:val="7A3E1D"/>
        </w:rPr>
        <w:t xml:space="preserve">Bjørn Magnussen: </w:t>
      </w:r>
      <w:r>
        <w:rPr>
          <w:rFonts w:ascii="Arial" w:hAnsi="Arial" w:eastAsia="Arial"/>
        </w:rPr>
        <w:t>Ja, jeg tegner sindssygt meget. De sidste par år har jeg tegnet to-tre gange om dagen, nærmest som dagbog. Men de er mere værker end skitser. De kommer med på udstillinger i smukke rammer. De er ikke forstudier. De er miniværker. Jeg laver tusinder af dem. Blyant, kuglepen, farve, alt muligt.</w:t>
      </w:r>
    </w:p>
    <w:p>
      <w:pPr>
        <w:keepLines w:val="0"/>
      </w:pPr>
      <w:r>
        <w:rPr>
          <w:rFonts w:ascii="Arial" w:hAnsi="Arial" w:eastAsia="Arial"/>
          <w:b/>
          <w:color w:val="777777"/>
        </w:rPr>
        <w:t xml:space="preserve">[34:39] </w:t>
      </w:r>
      <w:r>
        <w:rPr>
          <w:rFonts w:ascii="Arial" w:hAnsi="Arial" w:eastAsia="Arial"/>
          <w:b/>
          <w:color w:val="2F5D50"/>
        </w:rPr>
        <w:t xml:space="preserve">Frederik Hove: </w:t>
      </w:r>
      <w:r>
        <w:rPr>
          <w:rFonts w:ascii="Arial" w:hAnsi="Arial" w:eastAsia="Arial"/>
        </w:rPr>
        <w:t>Du har også delt nogle af dem på Instagram. Det er ret interessant, fordi det er meget her og nu. Det er kunsten i reneste form. Det minder mig om min interesse for dansk guldalder. Det er egentlig ikke så meget de store færdige værker, men de små tegninger, hvor man sidder ude i landskabet og tegner studier af blade eller træer. Det er kunsten i sin reneste form. Det er fedt, at du også gør det uden at det skal være et forstudie til noget konkret.</w:t>
      </w:r>
    </w:p>
    <w:p>
      <w:pPr>
        <w:keepLines w:val="0"/>
      </w:pPr>
      <w:r>
        <w:rPr>
          <w:rFonts w:ascii="Arial" w:hAnsi="Arial" w:eastAsia="Arial"/>
          <w:b/>
          <w:color w:val="777777"/>
        </w:rPr>
        <w:t xml:space="preserve">[35:24] </w:t>
      </w:r>
      <w:r>
        <w:rPr>
          <w:rFonts w:ascii="Arial" w:hAnsi="Arial" w:eastAsia="Arial"/>
          <w:b/>
          <w:color w:val="7A3E1D"/>
        </w:rPr>
        <w:t xml:space="preserve">Bjørn Magnussen: </w:t>
      </w:r>
      <w:r>
        <w:rPr>
          <w:rFonts w:ascii="Arial" w:hAnsi="Arial" w:eastAsia="Arial"/>
        </w:rPr>
        <w:t>Det er også for at holde mit udtryk ved lige hele tiden. Der er en meget rå nerve i blyanten og tegningen. At sidde og dagdrømme. Det er noget af det reneste, fordi der ikke er noget resultatbaseret over det. Det er bare et udtryk.</w:t>
      </w:r>
    </w:p>
    <w:p>
      <w:pPr>
        <w:pStyle w:val="Heading2"/>
      </w:pPr>
      <w:r>
        <w:t>Kunstuddannelse, frirum og branchesystemer</w:t>
      </w:r>
    </w:p>
    <w:p>
      <w:pPr>
        <w:keepLines w:val="0"/>
      </w:pPr>
      <w:r>
        <w:rPr>
          <w:rFonts w:ascii="Arial" w:hAnsi="Arial" w:eastAsia="Arial"/>
          <w:b/>
          <w:color w:val="777777"/>
        </w:rPr>
        <w:t xml:space="preserve">[35:52] </w:t>
      </w:r>
      <w:r>
        <w:rPr>
          <w:rFonts w:ascii="Arial" w:hAnsi="Arial" w:eastAsia="Arial"/>
          <w:b/>
          <w:color w:val="1F4E79"/>
        </w:rPr>
        <w:t xml:space="preserve">Nicki: </w:t>
      </w:r>
      <w:r>
        <w:rPr>
          <w:rFonts w:ascii="Arial" w:hAnsi="Arial" w:eastAsia="Arial"/>
        </w:rPr>
        <w:t>Det tror jeg, vi alle sammen kender. Dengang man sad i skolen og skulle skrive noget i et hæfte, og så endte man med at tegne i stedet.</w:t>
      </w:r>
    </w:p>
    <w:p>
      <w:pPr>
        <w:keepLines w:val="0"/>
      </w:pPr>
      <w:r>
        <w:rPr>
          <w:rFonts w:ascii="Arial" w:hAnsi="Arial" w:eastAsia="Arial"/>
          <w:b/>
          <w:color w:val="777777"/>
        </w:rPr>
        <w:t xml:space="preserve">[36:13] </w:t>
      </w:r>
      <w:r>
        <w:rPr>
          <w:rFonts w:ascii="Arial" w:hAnsi="Arial" w:eastAsia="Arial"/>
          <w:b/>
          <w:color w:val="7A3E1D"/>
        </w:rPr>
        <w:t xml:space="preserve">Bjørn Magnussen: </w:t>
      </w:r>
      <w:r>
        <w:rPr>
          <w:rFonts w:ascii="Arial" w:hAnsi="Arial" w:eastAsia="Arial"/>
        </w:rPr>
        <w:t>Jeg havde en basketballordning. Jeg kunne gå ud og spille basketball, præcis når jeg ville, fordi jeg forstyrrede så meget. Jeg var ham, der stod og spillede basket alene, indtil jeg kom på specialskole. Men der var også folk, der var kriminelle, så det var heller ikke bare fedt.</w:t>
      </w:r>
    </w:p>
    <w:p>
      <w:pPr>
        <w:keepLines w:val="0"/>
      </w:pPr>
      <w:r>
        <w:rPr>
          <w:rFonts w:ascii="Arial" w:hAnsi="Arial" w:eastAsia="Arial"/>
          <w:b/>
          <w:color w:val="777777"/>
        </w:rPr>
        <w:t xml:space="preserve">[36:29] </w:t>
      </w:r>
      <w:r>
        <w:rPr>
          <w:rFonts w:ascii="Arial" w:hAnsi="Arial" w:eastAsia="Arial"/>
          <w:b/>
          <w:color w:val="1F4E79"/>
        </w:rPr>
        <w:t xml:space="preserve">Nicki: </w:t>
      </w:r>
      <w:r>
        <w:rPr>
          <w:rFonts w:ascii="Arial" w:hAnsi="Arial" w:eastAsia="Arial"/>
        </w:rPr>
        <w:t>Er det ikke bare tilbage til, at kunsten er et åbent rum? Et sted, hvor der er plads til alle, og hvor der er højt til loftet?</w:t>
      </w:r>
    </w:p>
    <w:p>
      <w:pPr>
        <w:keepLines w:val="0"/>
      </w:pPr>
      <w:r>
        <w:rPr>
          <w:rFonts w:ascii="Arial" w:hAnsi="Arial" w:eastAsia="Arial"/>
          <w:b/>
          <w:color w:val="777777"/>
        </w:rPr>
        <w:t xml:space="preserve">[36:41] </w:t>
      </w:r>
      <w:r>
        <w:rPr>
          <w:rFonts w:ascii="Arial" w:hAnsi="Arial" w:eastAsia="Arial"/>
          <w:b/>
          <w:color w:val="7A3E1D"/>
        </w:rPr>
        <w:t xml:space="preserve">Bjørn Magnussen: </w:t>
      </w:r>
      <w:r>
        <w:rPr>
          <w:rFonts w:ascii="Arial" w:hAnsi="Arial" w:eastAsia="Arial"/>
        </w:rPr>
        <w:t>Det er det. Og der er din indflydelse vigtig som yngre samler, Frederik. At du siger de ting, er vigtigt for branchen.</w:t>
      </w:r>
    </w:p>
    <w:p>
      <w:pPr>
        <w:keepLines w:val="0"/>
      </w:pPr>
      <w:r>
        <w:rPr>
          <w:rFonts w:ascii="Arial" w:hAnsi="Arial" w:eastAsia="Arial"/>
          <w:b/>
          <w:color w:val="777777"/>
        </w:rPr>
        <w:t xml:space="preserve">[36:50] </w:t>
      </w:r>
      <w:r>
        <w:rPr>
          <w:rFonts w:ascii="Arial" w:hAnsi="Arial" w:eastAsia="Arial"/>
          <w:b/>
          <w:color w:val="2F5D50"/>
        </w:rPr>
        <w:t xml:space="preserve">Frederik Hove: </w:t>
      </w:r>
      <w:r>
        <w:rPr>
          <w:rFonts w:ascii="Arial" w:hAnsi="Arial" w:eastAsia="Arial"/>
        </w:rPr>
        <w:t>Det er jeg glad for, du siger. Kunsten skal være et frirum, men det skal også tages seriøst. Hvis man gerne vil opnå noget, skal man have en seriøs tilgang, men den skal ikke ødelægge den energi, hvor kunsten bliver skabt. Den frihed skal bevares.</w:t>
      </w:r>
    </w:p>
    <w:p>
      <w:pPr>
        <w:keepLines w:val="0"/>
      </w:pPr>
      <w:r>
        <w:rPr>
          <w:rFonts w:ascii="Arial" w:hAnsi="Arial" w:eastAsia="Arial"/>
          <w:b/>
          <w:color w:val="777777"/>
        </w:rPr>
        <w:t xml:space="preserve">[37:18] </w:t>
      </w:r>
      <w:r>
        <w:rPr>
          <w:rFonts w:ascii="Arial" w:hAnsi="Arial" w:eastAsia="Arial"/>
          <w:b/>
          <w:color w:val="7A3E1D"/>
        </w:rPr>
        <w:t xml:space="preserve">Bjørn Magnussen: </w:t>
      </w:r>
      <w:r>
        <w:rPr>
          <w:rFonts w:ascii="Arial" w:hAnsi="Arial" w:eastAsia="Arial"/>
        </w:rPr>
        <w:t>Skal vi virkelig gå i skole i 20 år, læse og indstudere og miste den kunstneriske gnist, og så bagefter have en kunstbranche, hvor man skal læse to romaner for at forstå noget, der hænger på en væg? Jeg kan slet ikke begribe det.</w:t>
      </w:r>
    </w:p>
    <w:p>
      <w:pPr>
        <w:keepLines w:val="0"/>
      </w:pPr>
      <w:r>
        <w:rPr>
          <w:rFonts w:ascii="Arial" w:hAnsi="Arial" w:eastAsia="Arial"/>
          <w:b/>
          <w:color w:val="777777"/>
        </w:rPr>
        <w:t xml:space="preserve">[37:44] </w:t>
      </w:r>
      <w:r>
        <w:rPr>
          <w:rFonts w:ascii="Arial" w:hAnsi="Arial" w:eastAsia="Arial"/>
          <w:b/>
          <w:color w:val="2F5D50"/>
        </w:rPr>
        <w:t xml:space="preserve">Frederik Hove: </w:t>
      </w:r>
      <w:r>
        <w:rPr>
          <w:rFonts w:ascii="Arial" w:hAnsi="Arial" w:eastAsia="Arial"/>
        </w:rPr>
        <w:t>Tingene har ændret sig. I gamle dage, når man gik på Kunstakademiet, havde man en undervisning, der var mere håndværksbaseret med tegning, kroki og professorer, der målte og vurderede tingene. I dag er der ikke rigtig nogen retningslinje. Man kan gå fem-seks år på akademiet, og når man så kommer ud, er man ikke nødvendigvis klædt på til at møde den etablerede kunstbranche med gallerister, samlere, kuratorer og museer. Mange står også uden atelier og uden adgang til billige lokaler.</w:t>
      </w:r>
    </w:p>
    <w:p>
      <w:pPr>
        <w:keepLines w:val="0"/>
      </w:pPr>
      <w:r>
        <w:rPr>
          <w:rFonts w:ascii="Arial" w:hAnsi="Arial" w:eastAsia="Arial"/>
          <w:b/>
          <w:color w:val="777777"/>
        </w:rPr>
        <w:t xml:space="preserve">[40:30] </w:t>
      </w:r>
      <w:r>
        <w:rPr>
          <w:rFonts w:ascii="Arial" w:hAnsi="Arial" w:eastAsia="Arial"/>
          <w:b/>
          <w:color w:val="7A3E1D"/>
        </w:rPr>
        <w:t xml:space="preserve">Bjørn Magnussen: </w:t>
      </w:r>
      <w:r>
        <w:rPr>
          <w:rFonts w:ascii="Arial" w:hAnsi="Arial" w:eastAsia="Arial"/>
        </w:rPr>
        <w:t>Det fede ved ikke at gå så meget i skole er, at man er ude i virkeligheden fra day one. Man skal finde ud af at tjene penge, invitere folk og skabe noget. Jeg havde min første udstilling i min hestestald på Bredgade. Jeg havde et smykkebrand og solgte smykker for at kunne betale det. Jeg inviterede alt og alle, og så mødte jeg Jens-Peter Brask og kom i gang. Jeg tror ikke, det er sundt at føle sig for sikker. Man skal nogle gange have hånden på kogepladen.</w:t>
      </w:r>
    </w:p>
    <w:p>
      <w:pPr>
        <w:keepLines w:val="0"/>
      </w:pPr>
      <w:r>
        <w:rPr>
          <w:rFonts w:ascii="Arial" w:hAnsi="Arial" w:eastAsia="Arial"/>
          <w:b/>
          <w:color w:val="777777"/>
        </w:rPr>
        <w:t xml:space="preserve">[41:14] </w:t>
      </w:r>
      <w:r>
        <w:rPr>
          <w:rFonts w:ascii="Arial" w:hAnsi="Arial" w:eastAsia="Arial"/>
          <w:b/>
          <w:color w:val="7A3E1D"/>
        </w:rPr>
        <w:t xml:space="preserve">Bjørn Magnussen: </w:t>
      </w:r>
      <w:r>
        <w:rPr>
          <w:rFonts w:ascii="Arial" w:hAnsi="Arial" w:eastAsia="Arial"/>
        </w:rPr>
        <w:t>Vi skal ikke have en branche, der blåstempler akademierne for hurtigt. Kig mod specialskolerne, ghettoerne og de anderledes steder, hvor folk leger og tænker på andre måder. Nogle af de mest kreative mennesker, jeg har mødt, har været på en økologisk produktionsskole på Nørrebro eller en specialskole. Der findes vilde typer derude. Jeg synes også, kunstbranchen kan lade sig inspirere mere af musikbranchen. Mange af de største bands har mødt hinanden på en efterskole, været stive og lavet noget god musik. Der er en folkelig ting i musikbranchen, jeg godt kan lide. Man kan godt holde kunsten eksklusiv og dyr, men stadig lære folk at mærke i stedet for at tænke.</w:t>
      </w:r>
    </w:p>
    <w:p>
      <w:pPr>
        <w:keepLines w:val="0"/>
      </w:pPr>
      <w:r>
        <w:rPr>
          <w:rFonts w:ascii="Arial" w:hAnsi="Arial" w:eastAsia="Arial"/>
          <w:b/>
          <w:color w:val="777777"/>
        </w:rPr>
        <w:t xml:space="preserve">[42:02] </w:t>
      </w:r>
      <w:r>
        <w:rPr>
          <w:rFonts w:ascii="Arial" w:hAnsi="Arial" w:eastAsia="Arial"/>
          <w:b/>
          <w:color w:val="1F4E79"/>
        </w:rPr>
        <w:t xml:space="preserve">Nicki: </w:t>
      </w:r>
      <w:r>
        <w:rPr>
          <w:rFonts w:ascii="Arial" w:hAnsi="Arial" w:eastAsia="Arial"/>
        </w:rPr>
        <w:t>Men blåstempling er jo også et filter. Der er så mange kunstnere, så meget indhold og så mange værker. Hvis man ikke ved noget om kunst, kan gallerier og museer være spændende, fordi man tænker, at nogen ser noget, man ikke selv ser endnu. Jeg kan godt købe noget, fordi jeg bare elsker det, men nogle gange køber man også noget, fordi man fornemmer, at der er en metode eller tankegang, man ikke helt har forstået endnu.</w:t>
      </w:r>
    </w:p>
    <w:p>
      <w:pPr>
        <w:keepLines w:val="0"/>
      </w:pPr>
      <w:r>
        <w:rPr>
          <w:rFonts w:ascii="Arial" w:hAnsi="Arial" w:eastAsia="Arial"/>
          <w:b/>
          <w:color w:val="777777"/>
        </w:rPr>
        <w:t xml:space="preserve">[42:53] </w:t>
      </w:r>
      <w:r>
        <w:rPr>
          <w:rFonts w:ascii="Arial" w:hAnsi="Arial" w:eastAsia="Arial"/>
          <w:b/>
          <w:color w:val="7A3E1D"/>
        </w:rPr>
        <w:t xml:space="preserve">Bjørn Magnussen: </w:t>
      </w:r>
      <w:r>
        <w:rPr>
          <w:rFonts w:ascii="Arial" w:hAnsi="Arial" w:eastAsia="Arial"/>
        </w:rPr>
        <w:t>Men udgangspunktet er vel stadig, at du elsker det eller synes, det er fedt. Du lytter vel heller ikke til musik, bare fordi dine venner synes, det er fedt?</w:t>
      </w:r>
    </w:p>
    <w:p>
      <w:pPr>
        <w:keepLines w:val="0"/>
      </w:pPr>
      <w:r>
        <w:rPr>
          <w:rFonts w:ascii="Arial" w:hAnsi="Arial" w:eastAsia="Arial"/>
          <w:b/>
          <w:color w:val="777777"/>
        </w:rPr>
        <w:t xml:space="preserve">[43:07] </w:t>
      </w:r>
      <w:r>
        <w:rPr>
          <w:rFonts w:ascii="Arial" w:hAnsi="Arial" w:eastAsia="Arial"/>
          <w:b/>
          <w:color w:val="1F4E79"/>
        </w:rPr>
        <w:t xml:space="preserve">Nicki: </w:t>
      </w:r>
      <w:r>
        <w:rPr>
          <w:rFonts w:ascii="Arial" w:hAnsi="Arial" w:eastAsia="Arial"/>
        </w:rPr>
        <w:t>Nej. Men hvis en ven anbefaler et nummer, kan jeg godt lytte til det og prøve at forstå, hvad der er i det. Hvis jeg finder ud af, at jeg gerne vil have et værk af Bjørn Magnussen, vil jeg også kigge på de værker, der er til rådighed, og vurdere hvad der inden for min prisklasse er mest spændende eller stærkest. Men der er stadig en kuratering. Det er også derfor, gallerier kuraterer værker, og det er jo også det, du gør på Sophienholm. Det er et filter.</w:t>
      </w:r>
    </w:p>
    <w:p>
      <w:pPr>
        <w:keepLines w:val="0"/>
      </w:pPr>
      <w:r>
        <w:rPr>
          <w:rFonts w:ascii="Arial" w:hAnsi="Arial" w:eastAsia="Arial"/>
          <w:b/>
          <w:color w:val="777777"/>
        </w:rPr>
        <w:t xml:space="preserve">[43:40] </w:t>
      </w:r>
      <w:r>
        <w:rPr>
          <w:rFonts w:ascii="Arial" w:hAnsi="Arial" w:eastAsia="Arial"/>
          <w:b/>
          <w:color w:val="7A3E1D"/>
        </w:rPr>
        <w:t xml:space="preserve">Bjørn Magnussen: </w:t>
      </w:r>
      <w:r>
        <w:rPr>
          <w:rFonts w:ascii="Arial" w:hAnsi="Arial" w:eastAsia="Arial"/>
        </w:rPr>
        <w:t>Selvfølgelig. Det skaber en rød tråd og en historiefortælling. Men jeg tror ikke, du vil lytte til noget musik, du synes er rædselsfuldt, læse om bandet og så pludselig synes, det er fantastisk.</w:t>
      </w:r>
    </w:p>
    <w:p>
      <w:pPr>
        <w:keepLines w:val="0"/>
      </w:pPr>
      <w:r>
        <w:rPr>
          <w:rFonts w:ascii="Arial" w:hAnsi="Arial" w:eastAsia="Arial"/>
          <w:b/>
          <w:color w:val="777777"/>
        </w:rPr>
        <w:t xml:space="preserve">[44:08] </w:t>
      </w:r>
      <w:r>
        <w:rPr>
          <w:rFonts w:ascii="Arial" w:hAnsi="Arial" w:eastAsia="Arial"/>
          <w:b/>
          <w:color w:val="2F5D50"/>
        </w:rPr>
        <w:t xml:space="preserve">Frederik Hove: </w:t>
      </w:r>
      <w:r>
        <w:rPr>
          <w:rFonts w:ascii="Arial" w:hAnsi="Arial" w:eastAsia="Arial"/>
        </w:rPr>
        <w:t>Nej, men kunst kan godt vokse på en. Der er meget kunst, der kan vokse i takt med, at man forstår det. Noget rammer én med det samme, og man bliver nærmest høj af det. Det søger jeg, når jeg går ud og ser kunst. Men der er også noget smukt ved værker, der trykker på nogle knapper, stiller spørgsmål og ikke bare passer perfekt over sofaen.</w:t>
      </w:r>
    </w:p>
    <w:p>
      <w:pPr>
        <w:keepLines w:val="0"/>
      </w:pPr>
      <w:r>
        <w:rPr>
          <w:rFonts w:ascii="Arial" w:hAnsi="Arial" w:eastAsia="Arial"/>
          <w:b/>
          <w:color w:val="777777"/>
        </w:rPr>
        <w:t xml:space="preserve">[45:06] </w:t>
      </w:r>
      <w:r>
        <w:rPr>
          <w:rFonts w:ascii="Arial" w:hAnsi="Arial" w:eastAsia="Arial"/>
          <w:b/>
          <w:color w:val="7A3E1D"/>
        </w:rPr>
        <w:t xml:space="preserve">Bjørn Magnussen: </w:t>
      </w:r>
      <w:r>
        <w:rPr>
          <w:rFonts w:ascii="Arial" w:hAnsi="Arial" w:eastAsia="Arial"/>
        </w:rPr>
        <w:t>Selv i det værk, der vokser på dig, er der stadig et intuitivt kick. Der er noget, du bliver draget af, også hvis du bliver provokeret.</w:t>
      </w:r>
    </w:p>
    <w:p>
      <w:pPr>
        <w:keepLines w:val="0"/>
      </w:pPr>
      <w:r>
        <w:rPr>
          <w:rFonts w:ascii="Arial" w:hAnsi="Arial" w:eastAsia="Arial"/>
          <w:b/>
          <w:color w:val="777777"/>
        </w:rPr>
        <w:t xml:space="preserve">[45:23] </w:t>
      </w:r>
      <w:r>
        <w:rPr>
          <w:rFonts w:ascii="Arial" w:hAnsi="Arial" w:eastAsia="Arial"/>
          <w:b/>
          <w:color w:val="2F5D50"/>
        </w:rPr>
        <w:t xml:space="preserve">Frederik Hove: </w:t>
      </w:r>
      <w:r>
        <w:rPr>
          <w:rFonts w:ascii="Arial" w:hAnsi="Arial" w:eastAsia="Arial"/>
        </w:rPr>
        <w:t>Ja, en impuls. Jeg kan sagtens følge tankegangen. Nogle gange ser jeg et værk uden at kigge på navnet og tænker, at det er fedt. Så kigger jeg på navnet bagefter og finder ud af, om det er en kunstner, jeg kender eller ikke kender. Så begynder hele processen med at undersøge det.</w:t>
      </w:r>
    </w:p>
    <w:p>
      <w:pPr>
        <w:pStyle w:val="Heading2"/>
      </w:pPr>
      <w:r>
        <w:t>Eksponering, navne og editioner</w:t>
      </w:r>
    </w:p>
    <w:p>
      <w:pPr>
        <w:keepLines w:val="0"/>
      </w:pPr>
      <w:r>
        <w:rPr>
          <w:rFonts w:ascii="Arial" w:hAnsi="Arial" w:eastAsia="Arial"/>
          <w:b/>
          <w:color w:val="777777"/>
        </w:rPr>
        <w:t xml:space="preserve">[45:55] </w:t>
      </w:r>
      <w:r>
        <w:rPr>
          <w:rFonts w:ascii="Arial" w:hAnsi="Arial" w:eastAsia="Arial"/>
          <w:b/>
          <w:color w:val="1F4E79"/>
        </w:rPr>
        <w:t xml:space="preserve">Nicki: </w:t>
      </w:r>
      <w:r>
        <w:rPr>
          <w:rFonts w:ascii="Arial" w:hAnsi="Arial" w:eastAsia="Arial"/>
        </w:rPr>
        <w:t>Men det gør noget ved en, når man ved, hvilket navn der står bag. Der er nogle navne, der allerede er godtaget.</w:t>
      </w:r>
    </w:p>
    <w:p>
      <w:pPr>
        <w:keepLines w:val="0"/>
      </w:pPr>
      <w:r>
        <w:rPr>
          <w:rFonts w:ascii="Arial" w:hAnsi="Arial" w:eastAsia="Arial"/>
          <w:b/>
          <w:color w:val="777777"/>
        </w:rPr>
        <w:t xml:space="preserve">[46:16] </w:t>
      </w:r>
      <w:r>
        <w:rPr>
          <w:rFonts w:ascii="Arial" w:hAnsi="Arial" w:eastAsia="Arial"/>
          <w:b/>
          <w:color w:val="7A3E1D"/>
        </w:rPr>
        <w:t xml:space="preserve">Bjørn Magnussen: </w:t>
      </w:r>
      <w:r>
        <w:rPr>
          <w:rFonts w:ascii="Arial" w:hAnsi="Arial" w:eastAsia="Arial"/>
        </w:rPr>
        <w:t>Navne kan også ødelægge værker. Jeg kan huske, at jeg så en træskulptur på SMK, som jeg syntes var helt vildt spændende. Så læste jeg titlen, som var noget i retning af “pige med fletninger”, og så døde den fuldstændig for mig. Så kunne jeg se pigen med fletninger, og værket gav mig ikke længere det samme. Det er spændende, hvordan ord kan understøtte eller lukke et værk.</w:t>
      </w:r>
    </w:p>
    <w:p>
      <w:pPr>
        <w:keepLines w:val="0"/>
      </w:pPr>
      <w:r>
        <w:rPr>
          <w:rFonts w:ascii="Arial" w:hAnsi="Arial" w:eastAsia="Arial"/>
          <w:b/>
          <w:color w:val="777777"/>
        </w:rPr>
        <w:t xml:space="preserve">[46:52] </w:t>
      </w:r>
      <w:r>
        <w:rPr>
          <w:rFonts w:ascii="Arial" w:hAnsi="Arial" w:eastAsia="Arial"/>
          <w:b/>
          <w:color w:val="2F5D50"/>
        </w:rPr>
        <w:t xml:space="preserve">Frederik Hove: </w:t>
      </w:r>
      <w:r>
        <w:rPr>
          <w:rFonts w:ascii="Arial" w:hAnsi="Arial" w:eastAsia="Arial"/>
        </w:rPr>
        <w:t>Hvis nogen kommer og siger, at jeg skal se en bestemt kunstner, fordi det bliver det næste store, så bakker jeg ofte lidt af. Når noget bliver stoppet ned i halsen på mig, bliver det ikke længere min egen tilgang. Men hvis vi har en dialog om, hvad der er interessant, har det en anden åbning. Det bedste man kan gøre med kunst, er at gå ud og se den. Udstillinger, ferniseringer, museer, gallerier og offentlige steder. Kunst lever anderledes i virkeligheden end på en telefon.</w:t>
      </w:r>
    </w:p>
    <w:p>
      <w:pPr>
        <w:keepLines w:val="0"/>
      </w:pPr>
      <w:r>
        <w:rPr>
          <w:rFonts w:ascii="Arial" w:hAnsi="Arial" w:eastAsia="Arial"/>
          <w:b/>
          <w:color w:val="777777"/>
        </w:rPr>
        <w:t xml:space="preserve">[48:03] </w:t>
      </w:r>
      <w:r>
        <w:rPr>
          <w:rFonts w:ascii="Arial" w:hAnsi="Arial" w:eastAsia="Arial"/>
          <w:b/>
          <w:color w:val="7A3E1D"/>
        </w:rPr>
        <w:t xml:space="preserve">Bjørn Magnussen: </w:t>
      </w:r>
      <w:r>
        <w:rPr>
          <w:rFonts w:ascii="Arial" w:hAnsi="Arial" w:eastAsia="Arial"/>
        </w:rPr>
        <w:t>Eksponering er noget af det mest komplekse ved kunstnerens forretning. Hvis du har et smykkebrand eller sælger røde pølser, kan du bare fyre af med promoveringer. Som kunstner skal du både kunne leve af det og holde igen. Du må ikke råbe for meget. Du skal møde de rigtige. Der er alle mulige mærkelige regler og systemer, som man i virkeligheden skal forstå som fornemmelser. Hele min forretning er bygget på, at folk henvender sig til mig. Jeg går ikke ud og siger, at der er tilbud i weekenden. Det kunne jeg ikke drømme om.</w:t>
      </w:r>
    </w:p>
    <w:p>
      <w:pPr>
        <w:keepLines w:val="0"/>
      </w:pPr>
      <w:r>
        <w:rPr>
          <w:rFonts w:ascii="Arial" w:hAnsi="Arial" w:eastAsia="Arial"/>
          <w:b/>
          <w:color w:val="777777"/>
        </w:rPr>
        <w:t xml:space="preserve">[48:56] </w:t>
      </w:r>
      <w:r>
        <w:rPr>
          <w:rFonts w:ascii="Arial" w:hAnsi="Arial" w:eastAsia="Arial"/>
          <w:b/>
          <w:color w:val="1F4E79"/>
        </w:rPr>
        <w:t xml:space="preserve">Nicki: </w:t>
      </w:r>
      <w:r>
        <w:rPr>
          <w:rFonts w:ascii="Arial" w:hAnsi="Arial" w:eastAsia="Arial"/>
        </w:rPr>
        <w:t>Hvis du lagde en Instagram-story op med 50 procent på alle værker, ville hele identiteten falde sammen.</w:t>
      </w:r>
    </w:p>
    <w:p>
      <w:pPr>
        <w:keepLines w:val="0"/>
      </w:pPr>
      <w:r>
        <w:rPr>
          <w:rFonts w:ascii="Arial" w:hAnsi="Arial" w:eastAsia="Arial"/>
          <w:b/>
          <w:color w:val="777777"/>
        </w:rPr>
        <w:t xml:space="preserve">[49:07] </w:t>
      </w:r>
      <w:r>
        <w:rPr>
          <w:rFonts w:ascii="Arial" w:hAnsi="Arial" w:eastAsia="Arial"/>
          <w:b/>
          <w:color w:val="2F5D50"/>
        </w:rPr>
        <w:t xml:space="preserve">Frederik Hove: </w:t>
      </w:r>
      <w:r>
        <w:rPr>
          <w:rFonts w:ascii="Arial" w:hAnsi="Arial" w:eastAsia="Arial"/>
        </w:rPr>
        <w:t>Ja, fordi kunst er en vægtskål. Det skal være eksklusivt, unikt og ikke noget, man bare hiver ned fra hylden. Samtidig skal det ikke blive for arrogant. Der er så mange regler i kunstverdenen, og det handler meget om fornemmelse.</w:t>
      </w:r>
    </w:p>
    <w:p>
      <w:pPr>
        <w:keepLines w:val="0"/>
      </w:pPr>
      <w:r>
        <w:rPr>
          <w:rFonts w:ascii="Arial" w:hAnsi="Arial" w:eastAsia="Arial"/>
          <w:b/>
          <w:color w:val="777777"/>
        </w:rPr>
        <w:t xml:space="preserve">[49:52] </w:t>
      </w:r>
      <w:r>
        <w:rPr>
          <w:rFonts w:ascii="Arial" w:hAnsi="Arial" w:eastAsia="Arial"/>
          <w:b/>
          <w:color w:val="1F4E79"/>
        </w:rPr>
        <w:t xml:space="preserve">Nicki: </w:t>
      </w:r>
      <w:r>
        <w:rPr>
          <w:rFonts w:ascii="Arial" w:hAnsi="Arial" w:eastAsia="Arial"/>
        </w:rPr>
        <w:t>Det må blive en anden episode.</w:t>
      </w:r>
    </w:p>
    <w:p>
      <w:pPr>
        <w:keepLines w:val="0"/>
      </w:pPr>
      <w:r>
        <w:rPr>
          <w:rFonts w:ascii="Arial" w:hAnsi="Arial" w:eastAsia="Arial"/>
          <w:b/>
          <w:color w:val="777777"/>
        </w:rPr>
        <w:t xml:space="preserve">[49:55] </w:t>
      </w:r>
      <w:r>
        <w:rPr>
          <w:rFonts w:ascii="Arial" w:hAnsi="Arial" w:eastAsia="Arial"/>
          <w:b/>
          <w:color w:val="2F5D50"/>
        </w:rPr>
        <w:t xml:space="preserve">Frederik Hove: </w:t>
      </w:r>
      <w:r>
        <w:rPr>
          <w:rFonts w:ascii="Arial" w:hAnsi="Arial" w:eastAsia="Arial"/>
        </w:rPr>
        <w:t>Det er også fedt, at man kan lave værker i editioner. Litografiske tryk, skulpturer i oplag eller andre former. Så kan god kunst komme ud til et større publikum og til lidt mindre penge end unikaværker. Håndværket behøver ikke være dårligere, bare fordi der er lavet 10 eller 50 af dem. Kunst skal være for alle, der gider åbne sig for den.</w:t>
      </w:r>
    </w:p>
    <w:p>
      <w:pPr>
        <w:keepLines w:val="0"/>
      </w:pPr>
      <w:r>
        <w:rPr>
          <w:rFonts w:ascii="Arial" w:hAnsi="Arial" w:eastAsia="Arial"/>
          <w:b/>
          <w:color w:val="777777"/>
        </w:rPr>
        <w:t xml:space="preserve">[50:38] </w:t>
      </w:r>
      <w:r>
        <w:rPr>
          <w:rFonts w:ascii="Arial" w:hAnsi="Arial" w:eastAsia="Arial"/>
          <w:b/>
          <w:color w:val="1F4E79"/>
        </w:rPr>
        <w:t xml:space="preserve">Nicki: </w:t>
      </w:r>
      <w:r>
        <w:rPr>
          <w:rFonts w:ascii="Arial" w:hAnsi="Arial" w:eastAsia="Arial"/>
        </w:rPr>
        <w:t>Er du blevet sponsoreret i dag?</w:t>
      </w:r>
    </w:p>
    <w:p>
      <w:pPr>
        <w:keepLines w:val="0"/>
      </w:pPr>
      <w:r>
        <w:rPr>
          <w:rFonts w:ascii="Arial" w:hAnsi="Arial" w:eastAsia="Arial"/>
          <w:b/>
          <w:color w:val="777777"/>
        </w:rPr>
        <w:t xml:space="preserve">[50:41] </w:t>
      </w:r>
      <w:r>
        <w:rPr>
          <w:rFonts w:ascii="Arial" w:hAnsi="Arial" w:eastAsia="Arial"/>
          <w:b/>
          <w:color w:val="2F5D50"/>
        </w:rPr>
        <w:t xml:space="preserve">Frederik Hove: </w:t>
      </w:r>
      <w:r>
        <w:rPr>
          <w:rFonts w:ascii="Arial" w:hAnsi="Arial" w:eastAsia="Arial"/>
        </w:rPr>
        <w:t>Nej. Jeg stod bare derhjemme og tænkte, hvad jeg skulle tage på. Jeg kender godt gutterne bag. Min kærestes kusines kæreste er medejer, så jeg vil gerne støtte folk, der laver noget fedt. Men jeg kan godt se, at jeg ligner en reklamesøjle.</w:t>
      </w:r>
    </w:p>
    <w:p>
      <w:pPr>
        <w:keepLines w:val="0"/>
      </w:pPr>
      <w:r>
        <w:rPr>
          <w:rFonts w:ascii="Arial" w:hAnsi="Arial" w:eastAsia="Arial"/>
          <w:b/>
          <w:color w:val="777777"/>
        </w:rPr>
        <w:t xml:space="preserve">[51:29] </w:t>
      </w:r>
      <w:r>
        <w:rPr>
          <w:rFonts w:ascii="Arial" w:hAnsi="Arial" w:eastAsia="Arial"/>
          <w:b/>
          <w:color w:val="7A3E1D"/>
        </w:rPr>
        <w:t xml:space="preserve">Bjørn Magnussen: </w:t>
      </w:r>
      <w:r>
        <w:rPr>
          <w:rFonts w:ascii="Arial" w:hAnsi="Arial" w:eastAsia="Arial"/>
        </w:rPr>
        <w:t>Det fede ved kunsten er netop, at det er unika. Det var også det, jeg elskede i forhold til at lave smykker. Smykker kan være eksplosive, men når det bliver et lager, man skal producere, mister det noget. Jeg elsker, at det er ét værk.</w:t>
      </w:r>
    </w:p>
    <w:p>
      <w:pPr>
        <w:keepLines w:val="0"/>
      </w:pPr>
      <w:r>
        <w:rPr>
          <w:rFonts w:ascii="Arial" w:hAnsi="Arial" w:eastAsia="Arial"/>
          <w:b/>
          <w:color w:val="777777"/>
        </w:rPr>
        <w:t xml:space="preserve">[51:45] </w:t>
      </w:r>
      <w:r>
        <w:rPr>
          <w:rFonts w:ascii="Arial" w:hAnsi="Arial" w:eastAsia="Arial"/>
          <w:b/>
          <w:color w:val="1F4E79"/>
        </w:rPr>
        <w:t xml:space="preserve">Nicki: </w:t>
      </w:r>
      <w:r>
        <w:rPr>
          <w:rFonts w:ascii="Arial" w:hAnsi="Arial" w:eastAsia="Arial"/>
        </w:rPr>
        <w:t>Vi skal til at runde af. Et sidste spørgsmål til jer begge: Hvad er en ting, I tror på, som ingen andre tror på i branchen? Frederik først.</w:t>
      </w:r>
    </w:p>
    <w:p>
      <w:pPr>
        <w:pStyle w:val="Heading2"/>
      </w:pPr>
      <w:r>
        <w:t>Guldalder, landskabsmaleri, intuition og afslutning</w:t>
      </w:r>
    </w:p>
    <w:p>
      <w:pPr>
        <w:keepLines w:val="0"/>
      </w:pPr>
      <w:r>
        <w:rPr>
          <w:rFonts w:ascii="Arial" w:hAnsi="Arial" w:eastAsia="Arial"/>
          <w:b/>
          <w:color w:val="777777"/>
        </w:rPr>
        <w:t xml:space="preserve">[52:09] </w:t>
      </w:r>
      <w:r>
        <w:rPr>
          <w:rFonts w:ascii="Arial" w:hAnsi="Arial" w:eastAsia="Arial"/>
          <w:b/>
          <w:color w:val="2F5D50"/>
        </w:rPr>
        <w:t xml:space="preserve">Frederik Hove: </w:t>
      </w:r>
      <w:r>
        <w:rPr>
          <w:rFonts w:ascii="Arial" w:hAnsi="Arial" w:eastAsia="Arial"/>
        </w:rPr>
        <w:t>For mig lige nu er det at være ung og samle dansk guldalder. Jeg fylder 30 i januar, så jeg synes stadig, vi er unge. Der er ikke ret mange unge, der samler på dansk guldalderkunst. Jeg skal også kuratere en stor gruppeudstilling på Albert Contemporary til marts, hvor en række kunstnere hver laver et værk som en egenfortolkning af Johan Thomas Lundbyes maleri Dansk kyst, Roskilde Fjord. Der er ingen regler for, hvordan de går til det. Det skal ikke ligne værket, men være deres egen tilgang. Jeg tror på, at guldalder og unge samlere godt kan hænge sammen uden at blive gammeldags og høj-akademisk. Man kan godt blande kunst fra forskellige tidsaldre.</w:t>
      </w:r>
    </w:p>
    <w:p>
      <w:pPr>
        <w:keepLines w:val="0"/>
      </w:pPr>
      <w:r>
        <w:rPr>
          <w:rFonts w:ascii="Arial" w:hAnsi="Arial" w:eastAsia="Arial"/>
          <w:b/>
          <w:color w:val="777777"/>
        </w:rPr>
        <w:t xml:space="preserve">[54:22] </w:t>
      </w:r>
      <w:r>
        <w:rPr>
          <w:rFonts w:ascii="Arial" w:hAnsi="Arial" w:eastAsia="Arial"/>
          <w:b/>
          <w:color w:val="7A3E1D"/>
        </w:rPr>
        <w:t xml:space="preserve">Bjørn Magnussen: </w:t>
      </w:r>
      <w:r>
        <w:rPr>
          <w:rFonts w:ascii="Arial" w:hAnsi="Arial" w:eastAsia="Arial"/>
        </w:rPr>
        <w:t>Min far var landskabsmaler. Han var dygtig, men blev ikke kendt.</w:t>
      </w:r>
    </w:p>
    <w:p>
      <w:pPr>
        <w:keepLines w:val="0"/>
      </w:pPr>
      <w:r>
        <w:rPr>
          <w:rFonts w:ascii="Arial" w:hAnsi="Arial" w:eastAsia="Arial"/>
          <w:b/>
          <w:color w:val="777777"/>
        </w:rPr>
        <w:t xml:space="preserve">[54:28] </w:t>
      </w:r>
      <w:r>
        <w:rPr>
          <w:rFonts w:ascii="Arial" w:hAnsi="Arial" w:eastAsia="Arial"/>
          <w:b/>
          <w:color w:val="2F5D50"/>
        </w:rPr>
        <w:t xml:space="preserve">Frederik Hove: </w:t>
      </w:r>
      <w:r>
        <w:rPr>
          <w:rFonts w:ascii="Arial" w:hAnsi="Arial" w:eastAsia="Arial"/>
        </w:rPr>
        <w:t>Landskabsmaleriet i sig selv er faktisk en hel ting. Der er nogle, der er begyndt at arbejde med det igen. Jeg synes, man skal dyrke det nordiske, urskoven og lyset. Ikke kun Skagen eller Bornholm, men lyset på forskellige årstider. Jeg kan kigge min kamerarulle igennem og se tilfældige billeder, jeg har taget, fordi lyset eller landskabet pludselig var særligt. Vi har et fantastisk land, også selvom der bliver bygget boliger og industri overalt. Der er stadig noget jordnært, der er interessant.</w:t>
      </w:r>
    </w:p>
    <w:p>
      <w:pPr>
        <w:keepLines w:val="0"/>
      </w:pPr>
      <w:r>
        <w:rPr>
          <w:rFonts w:ascii="Arial" w:hAnsi="Arial" w:eastAsia="Arial"/>
          <w:b/>
          <w:color w:val="777777"/>
        </w:rPr>
        <w:t xml:space="preserve">[55:26] </w:t>
      </w:r>
      <w:r>
        <w:rPr>
          <w:rFonts w:ascii="Arial" w:hAnsi="Arial" w:eastAsia="Arial"/>
          <w:b/>
          <w:color w:val="1F4E79"/>
        </w:rPr>
        <w:t xml:space="preserve">Nicki: </w:t>
      </w:r>
      <w:r>
        <w:rPr>
          <w:rFonts w:ascii="Arial" w:hAnsi="Arial" w:eastAsia="Arial"/>
        </w:rPr>
        <w:t>Bjørn, hvad er en ting, du tror på, som ingen andre tror på? Vi har været lidt inde på intuitionsrevolutionen, som du jo på en måde er bannerfører for.</w:t>
      </w:r>
    </w:p>
    <w:p>
      <w:pPr>
        <w:keepLines w:val="0"/>
      </w:pPr>
      <w:r>
        <w:rPr>
          <w:rFonts w:ascii="Arial" w:hAnsi="Arial" w:eastAsia="Arial"/>
          <w:b/>
          <w:color w:val="777777"/>
        </w:rPr>
        <w:t xml:space="preserve">[55:40] </w:t>
      </w:r>
      <w:r>
        <w:rPr>
          <w:rFonts w:ascii="Arial" w:hAnsi="Arial" w:eastAsia="Arial"/>
          <w:b/>
          <w:color w:val="7A3E1D"/>
        </w:rPr>
        <w:t xml:space="preserve">Bjørn Magnussen: </w:t>
      </w:r>
      <w:r>
        <w:rPr>
          <w:rFonts w:ascii="Arial" w:hAnsi="Arial" w:eastAsia="Arial"/>
        </w:rPr>
        <w:t>Der er jo folk, der tror på det, men nok ikke folk, der tror, at det er lige så vigtigt, som jeg gør. Så det er intuitionen og det åndelige i et format, der ikke har noget med religion eller fanatisme at gøre. Åndelighed som natur og intuition.</w:t>
      </w:r>
    </w:p>
    <w:p>
      <w:pPr>
        <w:keepLines w:val="0"/>
      </w:pPr>
      <w:r>
        <w:rPr>
          <w:rFonts w:ascii="Arial" w:hAnsi="Arial" w:eastAsia="Arial"/>
          <w:b/>
          <w:color w:val="777777"/>
        </w:rPr>
        <w:t xml:space="preserve">[56:03] </w:t>
      </w:r>
      <w:r>
        <w:rPr>
          <w:rFonts w:ascii="Arial" w:hAnsi="Arial" w:eastAsia="Arial"/>
          <w:b/>
          <w:color w:val="7A3E1D"/>
        </w:rPr>
        <w:t xml:space="preserve">Bjørn Magnussen: </w:t>
      </w:r>
      <w:r>
        <w:rPr>
          <w:rFonts w:ascii="Arial" w:hAnsi="Arial" w:eastAsia="Arial"/>
        </w:rPr>
        <w:t>Jeg tror, intuitionen er vigtig for vores fremtid. Jeg synes, det dukker naturligt op i de nye generationer. Folk hækler, strikker, går i farverigt tøj, er skoletrætte, og mange bliver udredt for diagnoser. Den normale kognitive måde at være til på bliver mindre dominerende. Jeg tror, samfundet kommer til at ændre sig enormt de næste 100 år. Der kommer til at være skoler for intuition. Der kommer mere fokus på kunst, det kropslige og det sanselige.</w:t>
      </w:r>
    </w:p>
    <w:p>
      <w:pPr>
        <w:keepLines w:val="0"/>
      </w:pPr>
      <w:r>
        <w:rPr>
          <w:rFonts w:ascii="Arial" w:hAnsi="Arial" w:eastAsia="Arial"/>
          <w:b/>
          <w:color w:val="777777"/>
        </w:rPr>
        <w:t xml:space="preserve">[56:52] </w:t>
      </w:r>
      <w:r>
        <w:rPr>
          <w:rFonts w:ascii="Arial" w:hAnsi="Arial" w:eastAsia="Arial"/>
          <w:b/>
          <w:color w:val="1F4E79"/>
        </w:rPr>
        <w:t xml:space="preserve">Nicki: </w:t>
      </w:r>
      <w:r>
        <w:rPr>
          <w:rFonts w:ascii="Arial" w:hAnsi="Arial" w:eastAsia="Arial"/>
        </w:rPr>
        <w:t>Tilbage til at mærke sig selv?</w:t>
      </w:r>
    </w:p>
    <w:p>
      <w:pPr>
        <w:keepLines w:val="0"/>
      </w:pPr>
      <w:r>
        <w:rPr>
          <w:rFonts w:ascii="Arial" w:hAnsi="Arial" w:eastAsia="Arial"/>
          <w:b/>
          <w:color w:val="777777"/>
        </w:rPr>
        <w:t xml:space="preserve">[56:55] </w:t>
      </w:r>
      <w:r>
        <w:rPr>
          <w:rFonts w:ascii="Arial" w:hAnsi="Arial" w:eastAsia="Arial"/>
          <w:b/>
          <w:color w:val="7A3E1D"/>
        </w:rPr>
        <w:t xml:space="preserve">Bjørn Magnussen: </w:t>
      </w:r>
      <w:r>
        <w:rPr>
          <w:rFonts w:ascii="Arial" w:hAnsi="Arial" w:eastAsia="Arial"/>
        </w:rPr>
        <w:t>Ja. De kreative fag kommer til at blive lige så store eller større end dansk, matematik og historie. Lige nu fremstilles det at blive kunstner næsten som én ud af en milliard, men der er en hel branche og mange måder at være kunstner eller kunstinteresseret på. Der er noget skævt i vores skolesystem. Vi undertrykker det kreative enormt. Det er useriøst, at en dansklærer også skal være billedkunstlærer. Det burde være kunstnere, der underviser i billedkunst, og musikere, der underviser i musik. Vi er afkoblet fra intuitionen, kunsten og det kreative.</w:t>
      </w:r>
    </w:p>
    <w:p>
      <w:pPr>
        <w:keepLines w:val="0"/>
      </w:pPr>
      <w:r>
        <w:rPr>
          <w:rFonts w:ascii="Arial" w:hAnsi="Arial" w:eastAsia="Arial"/>
          <w:b/>
          <w:color w:val="777777"/>
        </w:rPr>
        <w:t xml:space="preserve">[57:58] </w:t>
      </w:r>
      <w:r>
        <w:rPr>
          <w:rFonts w:ascii="Arial" w:hAnsi="Arial" w:eastAsia="Arial"/>
          <w:b/>
          <w:color w:val="1F4E79"/>
        </w:rPr>
        <w:t xml:space="preserve">Nicki: </w:t>
      </w:r>
      <w:r>
        <w:rPr>
          <w:rFonts w:ascii="Arial" w:hAnsi="Arial" w:eastAsia="Arial"/>
        </w:rPr>
        <w:t>Hvis der sidder en dansklærer og lytter med, kunne du så godt finde på at komme ind og give undervisning?</w:t>
      </w:r>
    </w:p>
    <w:p>
      <w:pPr>
        <w:keepLines w:val="0"/>
      </w:pPr>
      <w:r>
        <w:rPr>
          <w:rFonts w:ascii="Arial" w:hAnsi="Arial" w:eastAsia="Arial"/>
          <w:b/>
          <w:color w:val="777777"/>
        </w:rPr>
        <w:t xml:space="preserve">[58:01] </w:t>
      </w:r>
      <w:r>
        <w:rPr>
          <w:rFonts w:ascii="Arial" w:hAnsi="Arial" w:eastAsia="Arial"/>
          <w:b/>
          <w:color w:val="7A3E1D"/>
        </w:rPr>
        <w:t xml:space="preserve">Bjørn Magnussen: </w:t>
      </w:r>
      <w:r>
        <w:rPr>
          <w:rFonts w:ascii="Arial" w:hAnsi="Arial" w:eastAsia="Arial"/>
        </w:rPr>
        <w:t>Ja, det ville jeg nok gerne. Efter Kunstnerkolonien har flere lærere kontaktet mig. En lærer pitchede et fag baseret på min metode til lærerseminariet. Gymnasielærere har haft forløb om min metode i tre uger. Det gør indtryk på undervisere, fordi de kan se, at noget mangler i systemet. Mine børn skal ikke være en del af det system, det er helt sikkert.</w:t>
      </w:r>
    </w:p>
    <w:p>
      <w:pPr>
        <w:keepLines w:val="0"/>
      </w:pPr>
      <w:r>
        <w:rPr>
          <w:rFonts w:ascii="Arial" w:hAnsi="Arial" w:eastAsia="Arial"/>
          <w:b/>
          <w:color w:val="777777"/>
        </w:rPr>
        <w:t xml:space="preserve">[58:33] </w:t>
      </w:r>
      <w:r>
        <w:rPr>
          <w:rFonts w:ascii="Arial" w:hAnsi="Arial" w:eastAsia="Arial"/>
          <w:b/>
          <w:color w:val="1F4E79"/>
        </w:rPr>
        <w:t xml:space="preserve">Nicki: </w:t>
      </w:r>
      <w:r>
        <w:rPr>
          <w:rFonts w:ascii="Arial" w:hAnsi="Arial" w:eastAsia="Arial"/>
        </w:rPr>
        <w:t>Man kan mærke din mission.</w:t>
      </w:r>
    </w:p>
    <w:p>
      <w:pPr>
        <w:keepLines w:val="0"/>
      </w:pPr>
      <w:r>
        <w:rPr>
          <w:rFonts w:ascii="Arial" w:hAnsi="Arial" w:eastAsia="Arial"/>
          <w:b/>
          <w:color w:val="777777"/>
        </w:rPr>
        <w:t xml:space="preserve">[58:39] </w:t>
      </w:r>
      <w:r>
        <w:rPr>
          <w:rFonts w:ascii="Arial" w:hAnsi="Arial" w:eastAsia="Arial"/>
          <w:b/>
          <w:color w:val="7A3E1D"/>
        </w:rPr>
        <w:t xml:space="preserve">Bjørn Magnussen: </w:t>
      </w:r>
      <w:r>
        <w:rPr>
          <w:rFonts w:ascii="Arial" w:hAnsi="Arial" w:eastAsia="Arial"/>
        </w:rPr>
        <w:t>Det er vigtigt for mig. Jeg kan mærke, at jeg kan gøre en forskel med kunsten, ikke politisk. Kunsten er stærk, fordi den er det frie udtryk. Det er der, vi kan lege og være frie. Det er også der, vi kan blive inspireret. Politisk inspiration virker ikke særlig troværdig lige nu. Det er mere troværdigt at blive inspireret gennem kunst, film, musik og billeder. Der skal komme stemmer, der tager det ansvar. Jeg ser det som et ansvar.</w:t>
      </w:r>
    </w:p>
    <w:p>
      <w:pPr>
        <w:keepLines w:val="0"/>
      </w:pPr>
      <w:r>
        <w:rPr>
          <w:rFonts w:ascii="Arial" w:hAnsi="Arial" w:eastAsia="Arial"/>
          <w:b/>
          <w:color w:val="777777"/>
        </w:rPr>
        <w:t xml:space="preserve">[59:18] </w:t>
      </w:r>
      <w:r>
        <w:rPr>
          <w:rFonts w:ascii="Arial" w:hAnsi="Arial" w:eastAsia="Arial"/>
          <w:b/>
          <w:color w:val="1F4E79"/>
        </w:rPr>
        <w:t xml:space="preserve">Nicki: </w:t>
      </w:r>
      <w:r>
        <w:rPr>
          <w:rFonts w:ascii="Arial" w:hAnsi="Arial" w:eastAsia="Arial"/>
        </w:rPr>
        <w:t>Tusind tak fordi I ville være med i dag.</w:t>
      </w:r>
    </w:p>
    <w:p>
      <w:pPr>
        <w:keepLines w:val="0"/>
      </w:pPr>
      <w:r>
        <w:rPr>
          <w:rFonts w:ascii="Arial" w:hAnsi="Arial" w:eastAsia="Arial"/>
          <w:b/>
          <w:color w:val="777777"/>
        </w:rPr>
        <w:t xml:space="preserve">[59:21] </w:t>
      </w:r>
      <w:r>
        <w:rPr>
          <w:rFonts w:ascii="Arial" w:hAnsi="Arial" w:eastAsia="Arial"/>
          <w:b/>
          <w:color w:val="2F5D50"/>
        </w:rPr>
        <w:t xml:space="preserve">Frederik Hove: </w:t>
      </w:r>
      <w:r>
        <w:rPr>
          <w:rFonts w:ascii="Arial" w:hAnsi="Arial" w:eastAsia="Arial"/>
        </w:rPr>
        <w:t>Tak fordi vi måtte være med.</w:t>
      </w:r>
    </w:p>
    <w:p>
      <w:pPr>
        <w:keepLines w:val="0"/>
      </w:pPr>
      <w:r>
        <w:rPr>
          <w:rFonts w:ascii="Arial" w:hAnsi="Arial" w:eastAsia="Arial"/>
          <w:b/>
          <w:color w:val="777777"/>
        </w:rPr>
        <w:t xml:space="preserve">[59:22] </w:t>
      </w:r>
      <w:r>
        <w:rPr>
          <w:rFonts w:ascii="Arial" w:hAnsi="Arial" w:eastAsia="Arial"/>
          <w:b/>
          <w:color w:val="7A3E1D"/>
        </w:rPr>
        <w:t xml:space="preserve">Bjørn Magnussen: </w:t>
      </w:r>
      <w:r>
        <w:rPr>
          <w:rFonts w:ascii="Arial" w:hAnsi="Arial" w:eastAsia="Arial"/>
        </w:rPr>
        <w:t>Det var fedt. Jeg vidste ikke, at vi var samme årgang. Jeg er født 3. januar 1996.</w:t>
      </w:r>
    </w:p>
    <w:p>
      <w:pPr>
        <w:keepLines w:val="0"/>
      </w:pPr>
      <w:r>
        <w:rPr>
          <w:rFonts w:ascii="Arial" w:hAnsi="Arial" w:eastAsia="Arial"/>
          <w:b/>
          <w:color w:val="777777"/>
        </w:rPr>
        <w:t xml:space="preserve">[59:30] </w:t>
      </w:r>
      <w:r>
        <w:rPr>
          <w:rFonts w:ascii="Arial" w:hAnsi="Arial" w:eastAsia="Arial"/>
          <w:b/>
          <w:color w:val="2F5D50"/>
        </w:rPr>
        <w:t xml:space="preserve">Frederik Hove: </w:t>
      </w:r>
      <w:r>
        <w:rPr>
          <w:rFonts w:ascii="Arial" w:hAnsi="Arial" w:eastAsia="Arial"/>
        </w:rPr>
        <w:t>Jeg er født 25. januar 1996.</w:t>
      </w:r>
    </w:p>
    <w:p>
      <w:pPr>
        <w:keepLines w:val="0"/>
      </w:pPr>
      <w:r>
        <w:rPr>
          <w:rFonts w:ascii="Arial" w:hAnsi="Arial" w:eastAsia="Arial"/>
          <w:b/>
          <w:color w:val="777777"/>
        </w:rPr>
        <w:t xml:space="preserve">[59:34] </w:t>
      </w:r>
      <w:r>
        <w:rPr>
          <w:rFonts w:ascii="Arial" w:hAnsi="Arial" w:eastAsia="Arial"/>
          <w:b/>
          <w:color w:val="1F4E79"/>
        </w:rPr>
        <w:t xml:space="preserve">Nicki: </w:t>
      </w:r>
      <w:r>
        <w:rPr>
          <w:rFonts w:ascii="Arial" w:hAnsi="Arial" w:eastAsia="Arial"/>
        </w:rPr>
        <w:t>Jeg fylder 32 her på søndag. Jeg er ikke stærk i stjernetegn, men er det inden for samme periode?</w:t>
      </w:r>
    </w:p>
    <w:p>
      <w:pPr>
        <w:keepLines w:val="0"/>
      </w:pPr>
      <w:r>
        <w:rPr>
          <w:rFonts w:ascii="Arial" w:hAnsi="Arial" w:eastAsia="Arial"/>
          <w:b/>
          <w:color w:val="777777"/>
        </w:rPr>
        <w:t xml:space="preserve">[59:47] </w:t>
      </w:r>
      <w:r>
        <w:rPr>
          <w:rFonts w:ascii="Arial" w:hAnsi="Arial" w:eastAsia="Arial"/>
          <w:b/>
          <w:color w:val="7A3E1D"/>
        </w:rPr>
        <w:t xml:space="preserve">Bjørn Magnussen: </w:t>
      </w:r>
      <w:r>
        <w:rPr>
          <w:rFonts w:ascii="Arial" w:hAnsi="Arial" w:eastAsia="Arial"/>
        </w:rPr>
        <w:t>Jeg er stenbuk. Min forlovede er helt vild med astrologi. Hun har forudset alle mulige sindssyge ting. Astrologi er vildt, hvis man går ordentligt ind i det. Man skal ikke bare slå op i MetroXpress eller se det på DR.</w:t>
      </w:r>
    </w:p>
    <w:p>
      <w:pPr>
        <w:keepLines w:val="0"/>
      </w:pPr>
      <w:r>
        <w:rPr>
          <w:rFonts w:ascii="Arial" w:hAnsi="Arial" w:eastAsia="Arial"/>
          <w:b/>
          <w:color w:val="777777"/>
        </w:rPr>
        <w:t xml:space="preserve">[60:15] </w:t>
      </w:r>
      <w:r>
        <w:rPr>
          <w:rFonts w:ascii="Arial" w:hAnsi="Arial" w:eastAsia="Arial"/>
          <w:b/>
          <w:color w:val="1F4E79"/>
        </w:rPr>
        <w:t xml:space="preserve">Nicki: </w:t>
      </w:r>
      <w:r>
        <w:rPr>
          <w:rFonts w:ascii="Arial" w:hAnsi="Arial" w:eastAsia="Arial"/>
        </w:rPr>
        <w:t>Det må blive næste podcast. Tusind tak, gutter.</w:t>
      </w:r>
    </w:p>
    <w:p>
      <w:pPr>
        <w:keepLines w:val="0"/>
      </w:pPr>
      <w:r>
        <w:rPr>
          <w:rFonts w:ascii="Arial" w:hAnsi="Arial" w:eastAsia="Arial"/>
          <w:b/>
          <w:color w:val="777777"/>
        </w:rPr>
        <w:t xml:space="preserve">[60:36] </w:t>
      </w:r>
      <w:r>
        <w:rPr>
          <w:rFonts w:ascii="Arial" w:hAnsi="Arial" w:eastAsia="Arial"/>
          <w:b/>
          <w:color w:val="555555"/>
        </w:rPr>
        <w:t xml:space="preserve">Bjørn Magnussen og Frederik Hove: </w:t>
      </w:r>
      <w:r>
        <w:rPr>
          <w:rFonts w:ascii="Arial" w:hAnsi="Arial" w:eastAsia="Arial"/>
        </w:rPr>
        <w:t>Selv tak. Tak for en fed snak.</w:t>
      </w:r>
    </w:p>
    <w:sectPr w:rsidR="00FC693F" w:rsidRPr="0006063C" w:rsidSect="00034616">
      <w:footerReference w:type="default" r:id="rId9"/>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olor w:val="787878"/>
        <w:sz w:val="16"/>
      </w:rPr>
      <w:t>Taleropdelt transcript · Atelieret · Bjørn Magnussen og Frederik Hove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59" w:lineRule="auto" w:after="100"/>
    </w:pPr>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olor w:val="17365D" w:themeColor="text2" w:themeShade="BF"/>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